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body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78"/>
      </w:tblGrid>
      <w:tr w:rsidR="006B13BE" w:rsidRPr="00285C52" w14:paraId="072AF519" w14:textId="77777777" w:rsidTr="00285C52">
        <w:trPr>
          <w:trHeight w:hRule="exact" w:val="963"/>
        </w:trPr>
        <w:tc>
          <w:tcPr>
            <w:tcW w:w="9978" w:type="dxa"/>
            <w:tcBorders>
              <w:top w:val="single" w:sz="4" w:space="0" w:color="808080"/>
              <w:left w:val="single" w:sz="4" w:space="0" w:color="808080"/>
              <w:bottom w:val="single" w:sz="4" w:space="0" w:color="808080"/>
              <w:right w:val="single" w:sz="4" w:space="0" w:color="808080"/>
            </w:tcBorders>
            <w:shd w:val="clear" w:color="auto" w:fill="808080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2C4CB3E" w14:textId="77777777" w:rsidR="006B13BE" w:rsidRPr="00285C52" w:rsidRDefault="00000000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285C52">
              <w:rPr>
                <w:b/>
                <w:color w:val="FFFFFF"/>
                <w:sz w:val="32"/>
                <w:szCs w:val="28"/>
              </w:rPr>
              <w:t xml:space="preserve">第 61 </w:t>
            </w:r>
            <w:proofErr w:type="spellStart"/>
            <w:r w:rsidRPr="00285C52">
              <w:rPr>
                <w:b/>
                <w:color w:val="FFFFFF"/>
                <w:sz w:val="32"/>
                <w:szCs w:val="28"/>
              </w:rPr>
              <w:t>回日本小児外科学会</w:t>
            </w:r>
            <w:proofErr w:type="spellEnd"/>
            <w:r w:rsidRPr="00285C52">
              <w:rPr>
                <w:b/>
                <w:color w:val="FFFFFF"/>
                <w:sz w:val="32"/>
                <w:szCs w:val="28"/>
              </w:rPr>
              <w:t xml:space="preserve">　</w:t>
            </w:r>
            <w:proofErr w:type="spellStart"/>
            <w:r w:rsidRPr="00285C52">
              <w:rPr>
                <w:b/>
                <w:color w:val="FFFFFF"/>
                <w:sz w:val="32"/>
                <w:szCs w:val="28"/>
              </w:rPr>
              <w:t>関東甲信越地方会</w:t>
            </w:r>
            <w:proofErr w:type="spellEnd"/>
          </w:p>
          <w:p w14:paraId="32B5E550" w14:textId="77777777" w:rsidR="006B13BE" w:rsidRPr="00285C52" w:rsidRDefault="00000000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285C52">
              <w:rPr>
                <w:b/>
                <w:color w:val="FFFFFF"/>
                <w:sz w:val="32"/>
                <w:szCs w:val="28"/>
              </w:rPr>
              <w:t>演題登録フォーム</w:t>
            </w:r>
          </w:p>
        </w:tc>
      </w:tr>
    </w:tbl>
    <w:p w14:paraId="16097B0E" w14:textId="77777777" w:rsidR="006B13BE" w:rsidRPr="007C7ECD" w:rsidRDefault="006B13BE">
      <w:pPr>
        <w:spacing w:after="0" w:line="48" w:lineRule="auto"/>
        <w:rPr>
          <w:sz w:val="24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78"/>
      </w:tblGrid>
      <w:tr w:rsidR="006B13BE" w:rsidRPr="00285C52" w14:paraId="33C33838" w14:textId="77777777">
        <w:trPr>
          <w:trHeight w:hRule="exact" w:val="481"/>
        </w:trPr>
        <w:tc>
          <w:tcPr>
            <w:tcW w:w="997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D9E4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04C279B1" w14:textId="77777777" w:rsidR="006B13BE" w:rsidRPr="00285C52" w:rsidRDefault="00000000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285C52">
              <w:rPr>
                <w:b/>
                <w:color w:val="000000"/>
                <w:sz w:val="28"/>
                <w:szCs w:val="28"/>
              </w:rPr>
              <w:t>演題タイトル</w:t>
            </w:r>
          </w:p>
        </w:tc>
      </w:tr>
      <w:tr w:rsidR="006B13BE" w:rsidRPr="00285C52" w14:paraId="23BE5058" w14:textId="77777777" w:rsidTr="007C7ECD">
        <w:trPr>
          <w:trHeight w:hRule="exact" w:val="556"/>
        </w:trPr>
        <w:tc>
          <w:tcPr>
            <w:tcW w:w="997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35089AB" w14:textId="77777777" w:rsidR="006B13BE" w:rsidRPr="00285C52" w:rsidRDefault="006B13BE">
            <w:pPr>
              <w:rPr>
                <w:sz w:val="24"/>
                <w:szCs w:val="28"/>
              </w:rPr>
            </w:pPr>
          </w:p>
        </w:tc>
      </w:tr>
    </w:tbl>
    <w:p w14:paraId="571D1709" w14:textId="77777777" w:rsidR="006B13BE" w:rsidRPr="007C7ECD" w:rsidRDefault="006B13BE">
      <w:pPr>
        <w:spacing w:after="0" w:line="72" w:lineRule="auto"/>
        <w:rPr>
          <w:sz w:val="24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78"/>
      </w:tblGrid>
      <w:tr w:rsidR="006B13BE" w:rsidRPr="00285C52" w14:paraId="13FF5573" w14:textId="77777777">
        <w:trPr>
          <w:trHeight w:hRule="exact" w:val="481"/>
        </w:trPr>
        <w:tc>
          <w:tcPr>
            <w:tcW w:w="997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D9E4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120990A9" w14:textId="77777777" w:rsidR="006B13BE" w:rsidRPr="00285C52" w:rsidRDefault="00000000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r w:rsidRPr="00285C52">
              <w:rPr>
                <w:b/>
                <w:color w:val="000000"/>
                <w:sz w:val="28"/>
                <w:szCs w:val="28"/>
              </w:rPr>
              <w:t>発表者名（全員）</w:t>
            </w:r>
          </w:p>
        </w:tc>
      </w:tr>
      <w:tr w:rsidR="006B13BE" w:rsidRPr="00285C52" w14:paraId="0899890B" w14:textId="77777777">
        <w:trPr>
          <w:trHeight w:hRule="exact" w:val="793"/>
        </w:trPr>
        <w:tc>
          <w:tcPr>
            <w:tcW w:w="997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57DDD24" w14:textId="77777777" w:rsidR="006B13BE" w:rsidRPr="00285C52" w:rsidRDefault="006B13BE">
            <w:pPr>
              <w:rPr>
                <w:sz w:val="24"/>
                <w:szCs w:val="28"/>
              </w:rPr>
            </w:pPr>
          </w:p>
        </w:tc>
      </w:tr>
    </w:tbl>
    <w:p w14:paraId="052B321B" w14:textId="77777777" w:rsidR="006B13BE" w:rsidRPr="007C7ECD" w:rsidRDefault="006B13BE">
      <w:pPr>
        <w:spacing w:after="0" w:line="72" w:lineRule="auto"/>
        <w:rPr>
          <w:sz w:val="24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78"/>
      </w:tblGrid>
      <w:tr w:rsidR="006B13BE" w:rsidRPr="00285C52" w14:paraId="2F862E3C" w14:textId="77777777">
        <w:trPr>
          <w:trHeight w:hRule="exact" w:val="481"/>
        </w:trPr>
        <w:tc>
          <w:tcPr>
            <w:tcW w:w="997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D9E4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52DF7BE" w14:textId="77777777" w:rsidR="006B13BE" w:rsidRPr="00285C52" w:rsidRDefault="00000000">
            <w:pPr>
              <w:spacing w:after="0" w:line="240" w:lineRule="auto"/>
              <w:jc w:val="center"/>
              <w:rPr>
                <w:sz w:val="24"/>
                <w:szCs w:val="28"/>
                <w:lang w:eastAsia="ja-JP"/>
              </w:rPr>
            </w:pPr>
            <w:r w:rsidRPr="00285C52">
              <w:rPr>
                <w:b/>
                <w:color w:val="000000"/>
                <w:sz w:val="28"/>
                <w:szCs w:val="28"/>
                <w:lang w:eastAsia="ja-JP"/>
              </w:rPr>
              <w:t>所属施設・部署（複数ある場合は数字で番号付け）</w:t>
            </w:r>
          </w:p>
        </w:tc>
      </w:tr>
      <w:tr w:rsidR="006B13BE" w:rsidRPr="00285C52" w14:paraId="5E074929" w14:textId="77777777">
        <w:trPr>
          <w:trHeight w:hRule="exact" w:val="793"/>
        </w:trPr>
        <w:tc>
          <w:tcPr>
            <w:tcW w:w="997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49A87117" w14:textId="77777777" w:rsidR="006B13BE" w:rsidRPr="00285C52" w:rsidRDefault="006B13BE">
            <w:pPr>
              <w:rPr>
                <w:sz w:val="24"/>
                <w:szCs w:val="28"/>
                <w:lang w:eastAsia="ja-JP"/>
              </w:rPr>
            </w:pPr>
          </w:p>
        </w:tc>
      </w:tr>
    </w:tbl>
    <w:p w14:paraId="588E8083" w14:textId="77777777" w:rsidR="006B13BE" w:rsidRPr="007C7ECD" w:rsidRDefault="006B13BE">
      <w:pPr>
        <w:spacing w:after="0" w:line="72" w:lineRule="auto"/>
        <w:rPr>
          <w:sz w:val="24"/>
          <w:szCs w:val="28"/>
          <w:lang w:eastAsia="ja-JP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78"/>
      </w:tblGrid>
      <w:tr w:rsidR="006B13BE" w:rsidRPr="00285C52" w14:paraId="046BFE30" w14:textId="77777777">
        <w:trPr>
          <w:trHeight w:hRule="exact" w:val="481"/>
        </w:trPr>
        <w:tc>
          <w:tcPr>
            <w:tcW w:w="997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D9E4EA"/>
            <w:tcMar>
              <w:top w:w="60" w:type="dxa"/>
              <w:left w:w="80" w:type="dxa"/>
              <w:bottom w:w="60" w:type="dxa"/>
              <w:right w:w="80" w:type="dxa"/>
            </w:tcMar>
            <w:vAlign w:val="center"/>
          </w:tcPr>
          <w:p w14:paraId="6DE4FA87" w14:textId="77777777" w:rsidR="006B13BE" w:rsidRPr="00285C52" w:rsidRDefault="00000000">
            <w:pPr>
              <w:spacing w:after="0" w:line="240" w:lineRule="auto"/>
              <w:jc w:val="center"/>
              <w:rPr>
                <w:sz w:val="24"/>
                <w:szCs w:val="28"/>
              </w:rPr>
            </w:pPr>
            <w:proofErr w:type="spellStart"/>
            <w:r w:rsidRPr="00285C52">
              <w:rPr>
                <w:b/>
                <w:color w:val="000000"/>
                <w:sz w:val="28"/>
                <w:szCs w:val="28"/>
              </w:rPr>
              <w:t>抄録本文（全角</w:t>
            </w:r>
            <w:proofErr w:type="spellEnd"/>
            <w:r w:rsidRPr="00285C52">
              <w:rPr>
                <w:b/>
                <w:color w:val="000000"/>
                <w:sz w:val="28"/>
                <w:szCs w:val="28"/>
              </w:rPr>
              <w:t xml:space="preserve"> 500 </w:t>
            </w:r>
            <w:proofErr w:type="spellStart"/>
            <w:r w:rsidRPr="00285C52">
              <w:rPr>
                <w:b/>
                <w:color w:val="000000"/>
                <w:sz w:val="28"/>
                <w:szCs w:val="28"/>
              </w:rPr>
              <w:t>字以内</w:t>
            </w:r>
            <w:proofErr w:type="spellEnd"/>
            <w:r w:rsidRPr="00285C52">
              <w:rPr>
                <w:b/>
                <w:color w:val="000000"/>
                <w:sz w:val="28"/>
                <w:szCs w:val="28"/>
              </w:rPr>
              <w:t>）</w:t>
            </w:r>
          </w:p>
        </w:tc>
      </w:tr>
      <w:tr w:rsidR="006B13BE" w:rsidRPr="00285C52" w14:paraId="1C2A5251" w14:textId="77777777" w:rsidTr="001D63E2">
        <w:trPr>
          <w:trHeight w:hRule="exact" w:val="5227"/>
        </w:trPr>
        <w:tc>
          <w:tcPr>
            <w:tcW w:w="997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E03358E" w14:textId="77777777" w:rsidR="006B13BE" w:rsidRPr="00285C52" w:rsidRDefault="006B13BE">
            <w:pPr>
              <w:rPr>
                <w:rFonts w:hint="eastAsia"/>
                <w:sz w:val="24"/>
                <w:szCs w:val="28"/>
                <w:lang w:eastAsia="ja-JP"/>
              </w:rPr>
            </w:pPr>
          </w:p>
        </w:tc>
      </w:tr>
    </w:tbl>
    <w:p w14:paraId="1EA4BD14" w14:textId="77777777" w:rsidR="006B13BE" w:rsidRPr="007C7ECD" w:rsidRDefault="006B13BE">
      <w:pPr>
        <w:spacing w:after="0" w:line="72" w:lineRule="auto"/>
        <w:rPr>
          <w:sz w:val="24"/>
          <w:szCs w:val="28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78"/>
      </w:tblGrid>
      <w:tr w:rsidR="006B13BE" w:rsidRPr="00285C52" w14:paraId="76A5F422" w14:textId="77777777">
        <w:trPr>
          <w:trHeight w:hRule="exact" w:val="481"/>
        </w:trPr>
        <w:tc>
          <w:tcPr>
            <w:tcW w:w="997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D9E4EA"/>
            <w:tcMar>
              <w:top w:w="70" w:type="dxa"/>
              <w:left w:w="100" w:type="dxa"/>
              <w:bottom w:w="70" w:type="dxa"/>
              <w:right w:w="100" w:type="dxa"/>
            </w:tcMar>
          </w:tcPr>
          <w:p w14:paraId="30F65EF7" w14:textId="66996F3C" w:rsidR="006B13BE" w:rsidRPr="00285C52" w:rsidRDefault="00000000">
            <w:pPr>
              <w:spacing w:after="0" w:line="240" w:lineRule="auto"/>
              <w:jc w:val="center"/>
              <w:rPr>
                <w:sz w:val="24"/>
                <w:szCs w:val="28"/>
                <w:lang w:eastAsia="ja-JP"/>
              </w:rPr>
            </w:pPr>
            <w:r w:rsidRPr="00285C52">
              <w:rPr>
                <w:b/>
                <w:color w:val="000000"/>
                <w:sz w:val="28"/>
                <w:szCs w:val="28"/>
                <w:lang w:eastAsia="ja-JP"/>
              </w:rPr>
              <w:t>「優秀演題</w:t>
            </w:r>
            <w:r w:rsidR="007C7ECD" w:rsidRPr="00285C52">
              <w:rPr>
                <w:rFonts w:hint="eastAsia"/>
                <w:b/>
                <w:color w:val="000000"/>
                <w:sz w:val="28"/>
                <w:szCs w:val="28"/>
                <w:lang w:eastAsia="ja-JP"/>
              </w:rPr>
              <w:t>賞</w:t>
            </w:r>
            <w:r w:rsidRPr="00285C52">
              <w:rPr>
                <w:b/>
                <w:color w:val="000000"/>
                <w:sz w:val="28"/>
                <w:szCs w:val="28"/>
                <w:lang w:eastAsia="ja-JP"/>
              </w:rPr>
              <w:t>選考セッション」へのエントリー</w:t>
            </w:r>
          </w:p>
        </w:tc>
      </w:tr>
      <w:tr w:rsidR="006B13BE" w:rsidRPr="00285C52" w14:paraId="5C9EA484" w14:textId="77777777" w:rsidTr="007C7ECD">
        <w:trPr>
          <w:trHeight w:val="1090"/>
        </w:trPr>
        <w:tc>
          <w:tcPr>
            <w:tcW w:w="997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70" w:type="dxa"/>
              <w:left w:w="100" w:type="dxa"/>
              <w:bottom w:w="70" w:type="dxa"/>
              <w:right w:w="100" w:type="dxa"/>
            </w:tcMar>
            <w:vAlign w:val="center"/>
          </w:tcPr>
          <w:p w14:paraId="5793A45A" w14:textId="77777777" w:rsidR="006B13BE" w:rsidRPr="00285C52" w:rsidRDefault="00000000">
            <w:pPr>
              <w:spacing w:after="0" w:line="240" w:lineRule="auto"/>
              <w:jc w:val="center"/>
              <w:rPr>
                <w:sz w:val="24"/>
                <w:szCs w:val="24"/>
                <w:lang w:eastAsia="ja-JP"/>
              </w:rPr>
            </w:pPr>
            <w:r w:rsidRPr="00285C52">
              <w:rPr>
                <w:color w:val="000000"/>
                <w:sz w:val="24"/>
                <w:szCs w:val="24"/>
                <w:lang w:eastAsia="ja-JP"/>
              </w:rPr>
              <w:t>☐　希望する　／　☐　希望しない</w:t>
            </w:r>
          </w:p>
          <w:p w14:paraId="7C22D3AE" w14:textId="210E2DE0" w:rsidR="006B13BE" w:rsidRPr="00285C52" w:rsidRDefault="00000000" w:rsidP="007C7ECD">
            <w:pPr>
              <w:spacing w:after="0" w:line="240" w:lineRule="auto"/>
              <w:jc w:val="center"/>
              <w:rPr>
                <w:szCs w:val="21"/>
                <w:lang w:eastAsia="ja-JP"/>
              </w:rPr>
            </w:pPr>
            <w:r w:rsidRPr="00285C52">
              <w:rPr>
                <w:color w:val="000000"/>
                <w:sz w:val="24"/>
                <w:szCs w:val="24"/>
                <w:lang w:eastAsia="ja-JP"/>
              </w:rPr>
              <w:t>希望する場合</w:t>
            </w:r>
            <w:r w:rsidR="007C7ECD" w:rsidRPr="00285C52">
              <w:rPr>
                <w:rFonts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  <w:r w:rsidRPr="00285C52">
              <w:rPr>
                <w:color w:val="000000"/>
                <w:sz w:val="24"/>
                <w:szCs w:val="24"/>
                <w:lang w:eastAsia="ja-JP"/>
              </w:rPr>
              <w:t xml:space="preserve">応募部門：　☐ 症例報告　／　☐ </w:t>
            </w:r>
            <w:r w:rsidR="00D61266" w:rsidRPr="00285C52">
              <w:rPr>
                <w:rFonts w:hint="eastAsia"/>
                <w:color w:val="000000"/>
                <w:sz w:val="24"/>
                <w:szCs w:val="24"/>
                <w:lang w:eastAsia="ja-JP"/>
              </w:rPr>
              <w:t>ミニリサーチ</w:t>
            </w:r>
            <w:r w:rsidR="007C7ECD" w:rsidRPr="00285C52">
              <w:rPr>
                <w:rFonts w:hint="eastAsia"/>
                <w:color w:val="000000"/>
                <w:sz w:val="24"/>
                <w:szCs w:val="24"/>
                <w:lang w:eastAsia="ja-JP"/>
              </w:rPr>
              <w:t xml:space="preserve">　</w:t>
            </w:r>
            <w:r w:rsidRPr="00285C52">
              <w:rPr>
                <w:color w:val="555555"/>
                <w:szCs w:val="21"/>
                <w:lang w:eastAsia="ja-JP"/>
              </w:rPr>
              <w:t>※ 各部門 5 題程度を予定</w:t>
            </w:r>
          </w:p>
          <w:p w14:paraId="5F1FA8E1" w14:textId="77777777" w:rsidR="006B13BE" w:rsidRPr="00285C52" w:rsidRDefault="00000000">
            <w:pPr>
              <w:spacing w:after="0" w:line="240" w:lineRule="auto"/>
              <w:jc w:val="center"/>
              <w:rPr>
                <w:sz w:val="24"/>
                <w:szCs w:val="28"/>
                <w:lang w:eastAsia="ja-JP"/>
              </w:rPr>
            </w:pPr>
            <w:r w:rsidRPr="00285C52">
              <w:rPr>
                <w:color w:val="000000"/>
                <w:sz w:val="24"/>
                <w:szCs w:val="24"/>
                <w:lang w:eastAsia="ja-JP"/>
              </w:rPr>
              <w:t>筆頭発表者は卒後 15 年以内である　☐ はい　／　☐ いいえ</w:t>
            </w:r>
          </w:p>
        </w:tc>
      </w:tr>
    </w:tbl>
    <w:p w14:paraId="4D1A418E" w14:textId="77777777" w:rsidR="006B13BE" w:rsidRPr="007C7ECD" w:rsidRDefault="006B13BE">
      <w:pPr>
        <w:spacing w:after="0" w:line="72" w:lineRule="auto"/>
        <w:rPr>
          <w:sz w:val="24"/>
          <w:szCs w:val="28"/>
          <w:lang w:eastAsia="ja-JP"/>
        </w:rPr>
      </w:pPr>
    </w:p>
    <w:tbl>
      <w:tblPr>
        <w:tblW w:w="0" w:type="auto"/>
        <w:tblLayout w:type="fixed"/>
        <w:tblLook w:val="04A0" w:firstRow="1" w:lastRow="0" w:firstColumn="1" w:lastColumn="0" w:noHBand="0" w:noVBand="1"/>
      </w:tblPr>
      <w:tblGrid>
        <w:gridCol w:w="9978"/>
      </w:tblGrid>
      <w:tr w:rsidR="006B13BE" w:rsidRPr="00285C52" w14:paraId="73C39918" w14:textId="77777777">
        <w:trPr>
          <w:trHeight w:hRule="exact" w:val="481"/>
        </w:trPr>
        <w:tc>
          <w:tcPr>
            <w:tcW w:w="997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shd w:val="clear" w:color="auto" w:fill="D9E4EA"/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0351CA1E" w14:textId="77777777" w:rsidR="006B13BE" w:rsidRPr="00285C52" w:rsidRDefault="00000000">
            <w:pPr>
              <w:spacing w:after="0" w:line="240" w:lineRule="auto"/>
              <w:jc w:val="center"/>
              <w:rPr>
                <w:sz w:val="24"/>
                <w:szCs w:val="28"/>
                <w:lang w:eastAsia="ja-JP"/>
              </w:rPr>
            </w:pPr>
            <w:r w:rsidRPr="00285C52">
              <w:rPr>
                <w:b/>
                <w:color w:val="000000"/>
                <w:sz w:val="24"/>
                <w:szCs w:val="28"/>
                <w:lang w:eastAsia="ja-JP"/>
              </w:rPr>
              <w:t>筆頭発表者の連絡先：氏名（ふりがな）・住所、電話番号、E-mail アドレス</w:t>
            </w:r>
          </w:p>
        </w:tc>
      </w:tr>
      <w:tr w:rsidR="006B13BE" w:rsidRPr="00285C52" w14:paraId="55E3125D" w14:textId="77777777" w:rsidTr="007C7ECD">
        <w:trPr>
          <w:trHeight w:hRule="exact" w:val="947"/>
        </w:trPr>
        <w:tc>
          <w:tcPr>
            <w:tcW w:w="9978" w:type="dxa"/>
            <w:tcBorders>
              <w:top w:val="single" w:sz="12" w:space="0" w:color="A6A6A6"/>
              <w:left w:val="single" w:sz="12" w:space="0" w:color="A6A6A6"/>
              <w:bottom w:val="single" w:sz="12" w:space="0" w:color="A6A6A6"/>
              <w:right w:val="single" w:sz="12" w:space="0" w:color="A6A6A6"/>
            </w:tcBorders>
            <w:tcMar>
              <w:top w:w="60" w:type="dxa"/>
              <w:left w:w="80" w:type="dxa"/>
              <w:bottom w:w="60" w:type="dxa"/>
              <w:right w:w="80" w:type="dxa"/>
            </w:tcMar>
          </w:tcPr>
          <w:p w14:paraId="31D51067" w14:textId="77777777" w:rsidR="006B13BE" w:rsidRPr="00285C52" w:rsidRDefault="006B13BE">
            <w:pPr>
              <w:rPr>
                <w:sz w:val="24"/>
                <w:szCs w:val="28"/>
                <w:lang w:eastAsia="ja-JP"/>
              </w:rPr>
            </w:pPr>
          </w:p>
        </w:tc>
      </w:tr>
    </w:tbl>
    <w:p w14:paraId="0344568D" w14:textId="77777777" w:rsidR="001207DF" w:rsidRPr="007C7ECD" w:rsidRDefault="001207DF" w:rsidP="007C7ECD">
      <w:pPr>
        <w:rPr>
          <w:sz w:val="24"/>
          <w:szCs w:val="28"/>
          <w:lang w:eastAsia="ja-JP"/>
        </w:rPr>
      </w:pPr>
    </w:p>
    <w:sectPr w:rsidR="001207DF" w:rsidRPr="007C7ECD" w:rsidSect="00034616">
      <w:pgSz w:w="11906" w:h="16838"/>
      <w:pgMar w:top="794" w:right="964" w:bottom="73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ＭＳ 明朝">
    <w:altName w:val="MS Mincho"/>
    <w:panose1 w:val="02020609040205080304"/>
    <w:charset w:val="80"/>
    <w:family w:val="modern"/>
    <w:pitch w:val="fixed"/>
    <w:sig w:usb0="E00002FF" w:usb1="6AC7FDFB" w:usb2="08000012" w:usb3="00000000" w:csb0="0002009F" w:csb1="00000000"/>
  </w:font>
  <w:font w:name="Yu Gothic">
    <w:altName w:val="游ゴシック"/>
    <w:panose1 w:val="020B0400000000000000"/>
    <w:charset w:val="80"/>
    <w:family w:val="swiss"/>
    <w:pitch w:val="variable"/>
    <w:sig w:usb0="E00002FF" w:usb1="2AC7FDFF" w:usb2="00000016" w:usb3="00000000" w:csb0="000200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ＭＳ ゴシック">
    <w:altName w:val="MS Gothic"/>
    <w:panose1 w:val="020B0609070205080204"/>
    <w:charset w:val="80"/>
    <w:family w:val="modern"/>
    <w:pitch w:val="fixed"/>
    <w:sig w:usb0="E00002FF" w:usb1="6AC7FDFB" w:usb2="08000012" w:usb3="00000000" w:csb0="0002009F" w:csb1="00000000"/>
  </w:font>
  <w:font w:name="Courier">
    <w:panose1 w:val="02070309020205020404"/>
    <w:charset w:val="00"/>
    <w:family w:val="auto"/>
    <w:pitch w:val="variable"/>
    <w:sig w:usb0="00000003" w:usb1="00000000" w:usb2="00000000" w:usb3="00000000" w:csb0="00000001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m="http://schemas.openxmlformats.org/officeDocument/2006/math" xmlns:aink="http://schemas.microsoft.com/office/drawing/2016/ink" xmlns:am3d="http://schemas.microsoft.com/office/drawing/2017/model3d" xmlns:oel="http://schemas.microsoft.com/office/2019/extlst" xmlns:r="http://schemas.openxmlformats.org/officeDocument/2006/relationships" xmlns:wp14="http://schemas.microsoft.com/office/word/2010/wordprocessingDrawing" xmlns:wp="http://schemas.openxmlformats.org/drawingml/2006/wordprocessingDrawing" xmlns:wpg="http://schemas.microsoft.com/office/word/2010/wordprocessingGroup" xmlns:wpi="http://schemas.microsoft.com/office/word/2010/wordprocessingInk" xmlns:wps="http://schemas.microsoft.com/office/word/2010/wordprocessingShape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xmlns:wne="http://schemas.microsoft.com/office/word/2006/wordml" mc:Ignorable="w14 w15 w16se w16cid w16 w16cex w16sdtdh w16sdtfl w16du wp14">
  <w:abstractNum w:abstractNumId="0" w15:restartNumberingAfterBreak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 w15:restartNumberingAfterBreak="0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 w15:restartNumberingAfterBreak="0">
    <w:nsid w:val="FFFFFF7E"/>
    <w:multiLevelType w:val="singleLevel"/>
    <w:tmpl w:val="FB12693A"/>
    <w:lvl w:ilvl="0">
      <w:start w:val="1"/>
      <w:numFmt w:val="decimal"/>
      <w:pStyle w:val="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 w15:restartNumberingAfterBreak="0">
    <w:nsid w:val="FFFFFF7F"/>
    <w:multiLevelType w:val="singleLevel"/>
    <w:tmpl w:val="38441652"/>
    <w:lvl w:ilvl="0">
      <w:start w:val="1"/>
      <w:numFmt w:val="decimal"/>
      <w:pStyle w:val="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 w15:restartNumberingAfterBreak="0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 w15:restartNumberingAfterBreak="0">
    <w:nsid w:val="FFFFFF82"/>
    <w:multiLevelType w:val="singleLevel"/>
    <w:tmpl w:val="F3EAFDEC"/>
    <w:lvl w:ilvl="0">
      <w:start w:val="1"/>
      <w:numFmt w:val="bullet"/>
      <w:pStyle w:val="30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 w15:restartNumberingAfterBreak="0">
    <w:nsid w:val="FFFFFF83"/>
    <w:multiLevelType w:val="singleLevel"/>
    <w:tmpl w:val="3D1EFFD4"/>
    <w:lvl w:ilvl="0">
      <w:start w:val="1"/>
      <w:numFmt w:val="bullet"/>
      <w:pStyle w:val="20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 w15:restartNumberingAfterBreak="0">
    <w:nsid w:val="FFFFFF88"/>
    <w:multiLevelType w:val="singleLevel"/>
    <w:tmpl w:val="D0A62B40"/>
    <w:lvl w:ilvl="0">
      <w:start w:val="1"/>
      <w:numFmt w:val="decimal"/>
      <w:pStyle w:val="a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 w15:restartNumberingAfterBreak="0">
    <w:nsid w:val="FFFFFF89"/>
    <w:multiLevelType w:val="singleLevel"/>
    <w:tmpl w:val="29761A62"/>
    <w:lvl w:ilvl="0">
      <w:start w:val="1"/>
      <w:numFmt w:val="bullet"/>
      <w:pStyle w:val="a0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 w16cid:durableId="1163279041">
    <w:abstractNumId w:val="8"/>
  </w:num>
  <w:num w:numId="2" w16cid:durableId="1994596974">
    <w:abstractNumId w:val="6"/>
  </w:num>
  <w:num w:numId="3" w16cid:durableId="1232502415">
    <w:abstractNumId w:val="5"/>
  </w:num>
  <w:num w:numId="4" w16cid:durableId="2080859935">
    <w:abstractNumId w:val="4"/>
  </w:num>
  <w:num w:numId="5" w16cid:durableId="43264025">
    <w:abstractNumId w:val="7"/>
  </w:num>
  <w:num w:numId="6" w16cid:durableId="1757824992">
    <w:abstractNumId w:val="3"/>
  </w:num>
  <w:num w:numId="7" w16cid:durableId="824474067">
    <w:abstractNumId w:val="2"/>
  </w:num>
  <w:num w:numId="8" w16cid:durableId="1884515156">
    <w:abstractNumId w:val="1"/>
  </w:num>
  <w:num w:numId="9" w16cid:durableId="1813711064">
    <w:abstractNumId w:val="0"/>
  </w:num>
</w:numbering>
</file>

<file path=word/settings.xml><?xml version="1.0" encoding="utf-8"?>
<w:settings xmlns:mc="http://schemas.openxmlformats.org/markup-compatibility/2006" xmlns:m="http://schemas.openxmlformats.org/officeDocument/2006/math" xmlns:r="http://schemas.openxmlformats.org/officeDocument/2006/relationships" xmlns:sl="http://schemas.openxmlformats.org/schemaLibrary/2006/main" xmlns:o="urn:schemas-microsoft-com:office:office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zoom w:val="fullPage" w:percent="73"/>
  <w:bordersDoNotSurroundHeader/>
  <w:bordersDoNotSurroundFooter/>
  <w:proofState w:spelling="clean" w:grammar="clean"/>
  <w:doNotTrackMoves/>
  <w:defaultTabStop w:val="720"/>
  <w:characterSpacingControl w:val="doNotCompress"/>
  <w:compat>
    <w:useFELayout/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1"/>
    <w:compatSetting w:name="allowHyphenationAtTrackBottom" w:uri="http://schemas.microsoft.com/office/word" w:val="1"/>
    <w:compatSetting w:name="useWord2013TrackBottomHyphenation" w:uri="http://schemas.microsoft.com/office/word" w:val="1"/>
  </w:compat>
  <w:rsids>
    <w:rsidRoot w:val="00B47730"/>
    <w:rsid w:val="00034616"/>
    <w:rsid w:val="0006063C"/>
    <w:rsid w:val="001207DF"/>
    <w:rsid w:val="0015074B"/>
    <w:rsid w:val="001753FF"/>
    <w:rsid w:val="001D63E2"/>
    <w:rsid w:val="00285C52"/>
    <w:rsid w:val="0029639D"/>
    <w:rsid w:val="00326F90"/>
    <w:rsid w:val="006B13BE"/>
    <w:rsid w:val="007C7ECD"/>
    <w:rsid w:val="00853A4D"/>
    <w:rsid w:val="00AA1D8D"/>
    <w:rsid w:val="00B0140B"/>
    <w:rsid w:val="00B468ED"/>
    <w:rsid w:val="00B47730"/>
    <w:rsid w:val="00BC3144"/>
    <w:rsid w:val="00CB0664"/>
    <w:rsid w:val="00D61266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6">
      <v:textbox inset="5.85pt,.7pt,5.85pt,.7pt"/>
    </o:shapedefaults>
    <o:shapelayout v:ext="edit">
      <o:idmap v:ext="edit" data="1"/>
    </o:shapelayout>
  </w:shapeDefaults>
  <w:decimalSymbol w:val="."/>
  <w:listSeparator w:val=","/>
  <w14:docId w14:val="24F256F1"/>
  <w14:defaultImageDpi w14:val="300"/>
  <w15:docId w15:val="{A693D4B9-AC84-4341-85ED-A2517CBCAE4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docDefaults>
    <w:rPrDefault>
      <w:rPr>
        <w:rFonts w:ascii="Cambria" w:eastAsia="ＭＳ 明朝" w:hAnsi="Cambria" w:cs="Times New Roman"/>
        <w:lang w:val="en-US" w:eastAsia="ja-JP" w:bidi="ar-SA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1">
    <w:name w:val="Normal"/>
    <w:qFormat/>
    <w:rsid w:val="00FC693F"/>
    <w:pPr>
      <w:spacing w:after="200" w:line="276" w:lineRule="auto"/>
    </w:pPr>
    <w:rPr>
      <w:rFonts w:ascii="Yu Gothic" w:eastAsia="Yu Gothic" w:hAnsi="Yu Gothic"/>
      <w:sz w:val="21"/>
      <w:szCs w:val="22"/>
      <w:lang w:eastAsia="en-US"/>
    </w:rPr>
  </w:style>
  <w:style w:type="paragraph" w:styleId="1">
    <w:name w:val="heading 1"/>
    <w:basedOn w:val="a1"/>
    <w:next w:val="a1"/>
    <w:link w:val="10"/>
    <w:uiPriority w:val="9"/>
    <w:qFormat/>
    <w:rsid w:val="00FC693F"/>
    <w:pPr>
      <w:keepNext/>
      <w:keepLines/>
      <w:spacing w:before="480" w:after="0"/>
      <w:outlineLvl w:val="0"/>
    </w:pPr>
    <w:rPr>
      <w:rFonts w:ascii="Calibri" w:eastAsia="ＭＳ ゴシック" w:hAnsi="Calibri"/>
      <w:b/>
      <w:bCs/>
      <w:color w:val="365F91"/>
      <w:sz w:val="28"/>
      <w:szCs w:val="28"/>
    </w:rPr>
  </w:style>
  <w:style w:type="paragraph" w:styleId="21">
    <w:name w:val="heading 2"/>
    <w:basedOn w:val="a1"/>
    <w:next w:val="a1"/>
    <w:link w:val="22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="Calibri" w:eastAsia="ＭＳ ゴシック" w:hAnsi="Calibri"/>
      <w:b/>
      <w:bCs/>
      <w:color w:val="4F81BD"/>
      <w:sz w:val="26"/>
      <w:szCs w:val="26"/>
    </w:rPr>
  </w:style>
  <w:style w:type="paragraph" w:styleId="31">
    <w:name w:val="heading 3"/>
    <w:basedOn w:val="a1"/>
    <w:next w:val="a1"/>
    <w:link w:val="32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="Calibri" w:eastAsia="ＭＳ ゴシック" w:hAnsi="Calibri"/>
      <w:b/>
      <w:bCs/>
      <w:color w:val="4F81BD"/>
    </w:rPr>
  </w:style>
  <w:style w:type="paragraph" w:styleId="4">
    <w:name w:val="heading 4"/>
    <w:basedOn w:val="a1"/>
    <w:next w:val="a1"/>
    <w:link w:val="40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="Calibri" w:eastAsia="ＭＳ ゴシック" w:hAnsi="Calibri"/>
      <w:b/>
      <w:bCs/>
      <w:i/>
      <w:iCs/>
      <w:color w:val="4F81BD"/>
    </w:rPr>
  </w:style>
  <w:style w:type="paragraph" w:styleId="5">
    <w:name w:val="heading 5"/>
    <w:basedOn w:val="a1"/>
    <w:next w:val="a1"/>
    <w:link w:val="50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="Calibri" w:eastAsia="ＭＳ ゴシック" w:hAnsi="Calibri"/>
      <w:color w:val="243F60"/>
    </w:rPr>
  </w:style>
  <w:style w:type="paragraph" w:styleId="6">
    <w:name w:val="heading 6"/>
    <w:basedOn w:val="a1"/>
    <w:next w:val="a1"/>
    <w:link w:val="60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="Calibri" w:eastAsia="ＭＳ ゴシック" w:hAnsi="Calibri"/>
      <w:i/>
      <w:iCs/>
      <w:color w:val="243F60"/>
    </w:rPr>
  </w:style>
  <w:style w:type="paragraph" w:styleId="7">
    <w:name w:val="heading 7"/>
    <w:basedOn w:val="a1"/>
    <w:next w:val="a1"/>
    <w:link w:val="70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="Calibri" w:eastAsia="ＭＳ ゴシック" w:hAnsi="Calibri"/>
      <w:i/>
      <w:iCs/>
      <w:color w:val="404040"/>
    </w:rPr>
  </w:style>
  <w:style w:type="paragraph" w:styleId="8">
    <w:name w:val="heading 8"/>
    <w:basedOn w:val="a1"/>
    <w:next w:val="a1"/>
    <w:link w:val="80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="Calibri" w:eastAsia="ＭＳ ゴシック" w:hAnsi="Calibri"/>
      <w:color w:val="4F81BD"/>
      <w:sz w:val="20"/>
      <w:szCs w:val="20"/>
    </w:rPr>
  </w:style>
  <w:style w:type="paragraph" w:styleId="9">
    <w:name w:val="heading 9"/>
    <w:basedOn w:val="a1"/>
    <w:next w:val="a1"/>
    <w:link w:val="90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="Calibri" w:eastAsia="ＭＳ ゴシック" w:hAnsi="Calibri"/>
      <w:i/>
      <w:iCs/>
      <w:color w:val="404040"/>
      <w:sz w:val="20"/>
      <w:szCs w:val="20"/>
    </w:rPr>
  </w:style>
  <w:style w:type="character" w:default="1" w:styleId="a2">
    <w:name w:val="Default Paragraph Font"/>
    <w:uiPriority w:val="1"/>
    <w:semiHidden/>
    <w:unhideWhenUsed/>
  </w:style>
  <w:style w:type="table" w:default="1" w:styleId="a3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4">
    <w:name w:val="No List"/>
    <w:uiPriority w:val="99"/>
    <w:semiHidden/>
    <w:unhideWhenUsed/>
  </w:style>
  <w:style w:type="paragraph" w:styleId="a5">
    <w:name w:val="header"/>
    <w:basedOn w:val="a1"/>
    <w:link w:val="a6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6">
    <w:name w:val="ヘッダー (文字)"/>
    <w:basedOn w:val="a2"/>
    <w:link w:val="a5"/>
    <w:uiPriority w:val="99"/>
    <w:rsid w:val="00E618BF"/>
  </w:style>
  <w:style w:type="paragraph" w:styleId="a7">
    <w:name w:val="footer"/>
    <w:basedOn w:val="a1"/>
    <w:link w:val="a8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a8">
    <w:name w:val="フッター (文字)"/>
    <w:basedOn w:val="a2"/>
    <w:link w:val="a7"/>
    <w:uiPriority w:val="99"/>
    <w:rsid w:val="00E618BF"/>
  </w:style>
  <w:style w:type="paragraph" w:styleId="a9">
    <w:name w:val="No Spacing"/>
    <w:uiPriority w:val="1"/>
    <w:qFormat/>
    <w:rsid w:val="00FC693F"/>
    <w:rPr>
      <w:sz w:val="22"/>
      <w:szCs w:val="22"/>
      <w:lang w:eastAsia="en-US"/>
    </w:rPr>
  </w:style>
  <w:style w:type="character" w:customStyle="1" w:styleId="10">
    <w:name w:val="見出し 1 (文字)"/>
    <w:link w:val="1"/>
    <w:uiPriority w:val="9"/>
    <w:rsid w:val="00FC693F"/>
    <w:rPr>
      <w:rFonts w:ascii="Calibri" w:eastAsia="ＭＳ ゴシック" w:hAnsi="Calibri" w:cs="Times New Roman"/>
      <w:b/>
      <w:bCs/>
      <w:color w:val="365F91"/>
      <w:sz w:val="28"/>
      <w:szCs w:val="28"/>
    </w:rPr>
  </w:style>
  <w:style w:type="character" w:customStyle="1" w:styleId="22">
    <w:name w:val="見出し 2 (文字)"/>
    <w:link w:val="21"/>
    <w:uiPriority w:val="9"/>
    <w:rsid w:val="00FC693F"/>
    <w:rPr>
      <w:rFonts w:ascii="Calibri" w:eastAsia="ＭＳ ゴシック" w:hAnsi="Calibri" w:cs="Times New Roman"/>
      <w:b/>
      <w:bCs/>
      <w:color w:val="4F81BD"/>
      <w:sz w:val="26"/>
      <w:szCs w:val="26"/>
    </w:rPr>
  </w:style>
  <w:style w:type="character" w:customStyle="1" w:styleId="32">
    <w:name w:val="見出し 3 (文字)"/>
    <w:link w:val="31"/>
    <w:uiPriority w:val="9"/>
    <w:rsid w:val="00FC693F"/>
    <w:rPr>
      <w:rFonts w:ascii="Calibri" w:eastAsia="ＭＳ ゴシック" w:hAnsi="Calibri" w:cs="Times New Roman"/>
      <w:b/>
      <w:bCs/>
      <w:color w:val="4F81BD"/>
    </w:rPr>
  </w:style>
  <w:style w:type="paragraph" w:styleId="aa">
    <w:name w:val="Title"/>
    <w:basedOn w:val="a1"/>
    <w:next w:val="a1"/>
    <w:link w:val="ab"/>
    <w:uiPriority w:val="10"/>
    <w:qFormat/>
    <w:rsid w:val="00FC693F"/>
    <w:pPr>
      <w:pBdr>
        <w:bottom w:val="single" w:sz="8" w:space="4" w:color="4F81BD"/>
      </w:pBdr>
      <w:spacing w:after="300" w:line="240" w:lineRule="auto"/>
      <w:contextualSpacing/>
    </w:pPr>
    <w:rPr>
      <w:rFonts w:ascii="Calibri" w:eastAsia="ＭＳ ゴシック" w:hAnsi="Calibri"/>
      <w:color w:val="17365D"/>
      <w:spacing w:val="5"/>
      <w:kern w:val="28"/>
      <w:sz w:val="52"/>
      <w:szCs w:val="52"/>
    </w:rPr>
  </w:style>
  <w:style w:type="character" w:customStyle="1" w:styleId="ab">
    <w:name w:val="表題 (文字)"/>
    <w:link w:val="aa"/>
    <w:uiPriority w:val="10"/>
    <w:rsid w:val="00FC693F"/>
    <w:rPr>
      <w:rFonts w:ascii="Calibri" w:eastAsia="ＭＳ ゴシック" w:hAnsi="Calibri" w:cs="Times New Roman"/>
      <w:color w:val="17365D"/>
      <w:spacing w:val="5"/>
      <w:kern w:val="28"/>
      <w:sz w:val="52"/>
      <w:szCs w:val="52"/>
    </w:rPr>
  </w:style>
  <w:style w:type="paragraph" w:styleId="ac">
    <w:name w:val="Subtitle"/>
    <w:basedOn w:val="a1"/>
    <w:next w:val="a1"/>
    <w:link w:val="ad"/>
    <w:uiPriority w:val="11"/>
    <w:qFormat/>
    <w:rsid w:val="00FC693F"/>
    <w:pPr>
      <w:numPr>
        <w:ilvl w:val="1"/>
      </w:numPr>
    </w:pPr>
    <w:rPr>
      <w:rFonts w:ascii="Calibri" w:eastAsia="ＭＳ ゴシック" w:hAnsi="Calibri"/>
      <w:i/>
      <w:iCs/>
      <w:color w:val="4F81BD"/>
      <w:spacing w:val="15"/>
      <w:sz w:val="24"/>
      <w:szCs w:val="24"/>
    </w:rPr>
  </w:style>
  <w:style w:type="character" w:customStyle="1" w:styleId="ad">
    <w:name w:val="副題 (文字)"/>
    <w:link w:val="ac"/>
    <w:uiPriority w:val="11"/>
    <w:rsid w:val="00FC693F"/>
    <w:rPr>
      <w:rFonts w:ascii="Calibri" w:eastAsia="ＭＳ ゴシック" w:hAnsi="Calibri" w:cs="Times New Roman"/>
      <w:i/>
      <w:iCs/>
      <w:color w:val="4F81BD"/>
      <w:spacing w:val="15"/>
      <w:sz w:val="24"/>
      <w:szCs w:val="24"/>
    </w:rPr>
  </w:style>
  <w:style w:type="paragraph" w:styleId="ae">
    <w:name w:val="List Paragraph"/>
    <w:basedOn w:val="a1"/>
    <w:uiPriority w:val="34"/>
    <w:qFormat/>
    <w:rsid w:val="00FC693F"/>
    <w:pPr>
      <w:ind w:left="720"/>
      <w:contextualSpacing/>
    </w:pPr>
  </w:style>
  <w:style w:type="paragraph" w:styleId="af">
    <w:name w:val="Body Text"/>
    <w:basedOn w:val="a1"/>
    <w:link w:val="af0"/>
    <w:uiPriority w:val="99"/>
    <w:unhideWhenUsed/>
    <w:rsid w:val="00AA1D8D"/>
    <w:pPr>
      <w:spacing w:after="120"/>
    </w:pPr>
  </w:style>
  <w:style w:type="character" w:customStyle="1" w:styleId="af0">
    <w:name w:val="本文 (文字)"/>
    <w:basedOn w:val="a2"/>
    <w:link w:val="af"/>
    <w:uiPriority w:val="99"/>
    <w:rsid w:val="00AA1D8D"/>
  </w:style>
  <w:style w:type="paragraph" w:styleId="23">
    <w:name w:val="Body Text 2"/>
    <w:basedOn w:val="a1"/>
    <w:link w:val="24"/>
    <w:uiPriority w:val="99"/>
    <w:unhideWhenUsed/>
    <w:rsid w:val="00AA1D8D"/>
    <w:pPr>
      <w:spacing w:after="120" w:line="480" w:lineRule="auto"/>
    </w:pPr>
  </w:style>
  <w:style w:type="character" w:customStyle="1" w:styleId="24">
    <w:name w:val="本文 2 (文字)"/>
    <w:basedOn w:val="a2"/>
    <w:link w:val="23"/>
    <w:uiPriority w:val="99"/>
    <w:rsid w:val="00AA1D8D"/>
  </w:style>
  <w:style w:type="paragraph" w:styleId="33">
    <w:name w:val="Body Text 3"/>
    <w:basedOn w:val="a1"/>
    <w:link w:val="34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34">
    <w:name w:val="本文 3 (文字)"/>
    <w:link w:val="33"/>
    <w:uiPriority w:val="99"/>
    <w:rsid w:val="00AA1D8D"/>
    <w:rPr>
      <w:sz w:val="16"/>
      <w:szCs w:val="16"/>
    </w:rPr>
  </w:style>
  <w:style w:type="paragraph" w:styleId="af1">
    <w:name w:val="List"/>
    <w:basedOn w:val="a1"/>
    <w:uiPriority w:val="99"/>
    <w:unhideWhenUsed/>
    <w:rsid w:val="00AA1D8D"/>
    <w:pPr>
      <w:ind w:left="360" w:hanging="360"/>
      <w:contextualSpacing/>
    </w:pPr>
  </w:style>
  <w:style w:type="paragraph" w:styleId="25">
    <w:name w:val="List 2"/>
    <w:basedOn w:val="a1"/>
    <w:uiPriority w:val="99"/>
    <w:unhideWhenUsed/>
    <w:rsid w:val="00326F90"/>
    <w:pPr>
      <w:ind w:left="720" w:hanging="360"/>
      <w:contextualSpacing/>
    </w:pPr>
  </w:style>
  <w:style w:type="paragraph" w:styleId="35">
    <w:name w:val="List 3"/>
    <w:basedOn w:val="a1"/>
    <w:uiPriority w:val="99"/>
    <w:unhideWhenUsed/>
    <w:rsid w:val="00326F90"/>
    <w:pPr>
      <w:ind w:left="1080" w:hanging="360"/>
      <w:contextualSpacing/>
    </w:pPr>
  </w:style>
  <w:style w:type="paragraph" w:styleId="a0">
    <w:name w:val="List Bullet"/>
    <w:basedOn w:val="a1"/>
    <w:uiPriority w:val="99"/>
    <w:unhideWhenUsed/>
    <w:rsid w:val="00326F90"/>
    <w:pPr>
      <w:numPr>
        <w:numId w:val="1"/>
      </w:numPr>
      <w:contextualSpacing/>
    </w:pPr>
  </w:style>
  <w:style w:type="paragraph" w:styleId="20">
    <w:name w:val="List Bullet 2"/>
    <w:basedOn w:val="a1"/>
    <w:uiPriority w:val="99"/>
    <w:unhideWhenUsed/>
    <w:rsid w:val="00326F90"/>
    <w:pPr>
      <w:numPr>
        <w:numId w:val="2"/>
      </w:numPr>
      <w:contextualSpacing/>
    </w:pPr>
  </w:style>
  <w:style w:type="paragraph" w:styleId="30">
    <w:name w:val="List Bullet 3"/>
    <w:basedOn w:val="a1"/>
    <w:uiPriority w:val="99"/>
    <w:unhideWhenUsed/>
    <w:rsid w:val="00326F90"/>
    <w:pPr>
      <w:numPr>
        <w:numId w:val="3"/>
      </w:numPr>
      <w:contextualSpacing/>
    </w:pPr>
  </w:style>
  <w:style w:type="paragraph" w:styleId="a">
    <w:name w:val="List Number"/>
    <w:basedOn w:val="a1"/>
    <w:uiPriority w:val="99"/>
    <w:unhideWhenUsed/>
    <w:rsid w:val="00326F90"/>
    <w:pPr>
      <w:numPr>
        <w:numId w:val="5"/>
      </w:numPr>
      <w:contextualSpacing/>
    </w:pPr>
  </w:style>
  <w:style w:type="paragraph" w:styleId="2">
    <w:name w:val="List Number 2"/>
    <w:basedOn w:val="a1"/>
    <w:uiPriority w:val="99"/>
    <w:unhideWhenUsed/>
    <w:rsid w:val="0029639D"/>
    <w:pPr>
      <w:numPr>
        <w:numId w:val="6"/>
      </w:numPr>
      <w:contextualSpacing/>
    </w:pPr>
  </w:style>
  <w:style w:type="paragraph" w:styleId="3">
    <w:name w:val="List Number 3"/>
    <w:basedOn w:val="a1"/>
    <w:uiPriority w:val="99"/>
    <w:unhideWhenUsed/>
    <w:rsid w:val="0029639D"/>
    <w:pPr>
      <w:numPr>
        <w:numId w:val="7"/>
      </w:numPr>
      <w:contextualSpacing/>
    </w:pPr>
  </w:style>
  <w:style w:type="paragraph" w:styleId="af2">
    <w:name w:val="List Continue"/>
    <w:basedOn w:val="a1"/>
    <w:uiPriority w:val="99"/>
    <w:unhideWhenUsed/>
    <w:rsid w:val="0029639D"/>
    <w:pPr>
      <w:spacing w:after="120"/>
      <w:ind w:left="360"/>
      <w:contextualSpacing/>
    </w:pPr>
  </w:style>
  <w:style w:type="paragraph" w:styleId="26">
    <w:name w:val="List Continue 2"/>
    <w:basedOn w:val="a1"/>
    <w:uiPriority w:val="99"/>
    <w:unhideWhenUsed/>
    <w:rsid w:val="0029639D"/>
    <w:pPr>
      <w:spacing w:after="120"/>
      <w:ind w:left="720"/>
      <w:contextualSpacing/>
    </w:pPr>
  </w:style>
  <w:style w:type="paragraph" w:styleId="36">
    <w:name w:val="List Continue 3"/>
    <w:basedOn w:val="a1"/>
    <w:uiPriority w:val="99"/>
    <w:unhideWhenUsed/>
    <w:rsid w:val="0029639D"/>
    <w:pPr>
      <w:spacing w:after="120"/>
      <w:ind w:left="1080"/>
      <w:contextualSpacing/>
    </w:pPr>
  </w:style>
  <w:style w:type="paragraph" w:styleId="af3">
    <w:name w:val="macro"/>
    <w:link w:val="af4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  <w:spacing w:after="200" w:line="276" w:lineRule="auto"/>
    </w:pPr>
    <w:rPr>
      <w:rFonts w:ascii="Courier" w:hAnsi="Courier"/>
      <w:lang w:eastAsia="en-US"/>
    </w:rPr>
  </w:style>
  <w:style w:type="character" w:customStyle="1" w:styleId="af4">
    <w:name w:val="マクロ文字列 (文字)"/>
    <w:link w:val="af3"/>
    <w:uiPriority w:val="99"/>
    <w:rsid w:val="0029639D"/>
    <w:rPr>
      <w:rFonts w:ascii="Courier" w:hAnsi="Courier"/>
      <w:sz w:val="20"/>
      <w:szCs w:val="20"/>
    </w:rPr>
  </w:style>
  <w:style w:type="paragraph" w:styleId="af5">
    <w:name w:val="Quote"/>
    <w:basedOn w:val="a1"/>
    <w:next w:val="a1"/>
    <w:link w:val="af6"/>
    <w:uiPriority w:val="29"/>
    <w:qFormat/>
    <w:rsid w:val="00FC693F"/>
    <w:rPr>
      <w:i/>
      <w:iCs/>
      <w:color w:val="000000"/>
    </w:rPr>
  </w:style>
  <w:style w:type="character" w:customStyle="1" w:styleId="af6">
    <w:name w:val="引用文 (文字)"/>
    <w:link w:val="af5"/>
    <w:uiPriority w:val="29"/>
    <w:rsid w:val="00FC693F"/>
    <w:rPr>
      <w:i/>
      <w:iCs/>
      <w:color w:val="000000"/>
    </w:rPr>
  </w:style>
  <w:style w:type="character" w:customStyle="1" w:styleId="40">
    <w:name w:val="見出し 4 (文字)"/>
    <w:link w:val="4"/>
    <w:uiPriority w:val="9"/>
    <w:semiHidden/>
    <w:rsid w:val="00FC693F"/>
    <w:rPr>
      <w:rFonts w:ascii="Calibri" w:eastAsia="ＭＳ ゴシック" w:hAnsi="Calibri" w:cs="Times New Roman"/>
      <w:b/>
      <w:bCs/>
      <w:i/>
      <w:iCs/>
      <w:color w:val="4F81BD"/>
    </w:rPr>
  </w:style>
  <w:style w:type="character" w:customStyle="1" w:styleId="50">
    <w:name w:val="見出し 5 (文字)"/>
    <w:link w:val="5"/>
    <w:uiPriority w:val="9"/>
    <w:semiHidden/>
    <w:rsid w:val="00FC693F"/>
    <w:rPr>
      <w:rFonts w:ascii="Calibri" w:eastAsia="ＭＳ ゴシック" w:hAnsi="Calibri" w:cs="Times New Roman"/>
      <w:color w:val="243F60"/>
    </w:rPr>
  </w:style>
  <w:style w:type="character" w:customStyle="1" w:styleId="60">
    <w:name w:val="見出し 6 (文字)"/>
    <w:link w:val="6"/>
    <w:uiPriority w:val="9"/>
    <w:semiHidden/>
    <w:rsid w:val="00FC693F"/>
    <w:rPr>
      <w:rFonts w:ascii="Calibri" w:eastAsia="ＭＳ ゴシック" w:hAnsi="Calibri" w:cs="Times New Roman"/>
      <w:i/>
      <w:iCs/>
      <w:color w:val="243F60"/>
    </w:rPr>
  </w:style>
  <w:style w:type="character" w:customStyle="1" w:styleId="70">
    <w:name w:val="見出し 7 (文字)"/>
    <w:link w:val="7"/>
    <w:uiPriority w:val="9"/>
    <w:semiHidden/>
    <w:rsid w:val="00FC693F"/>
    <w:rPr>
      <w:rFonts w:ascii="Calibri" w:eastAsia="ＭＳ ゴシック" w:hAnsi="Calibri" w:cs="Times New Roman"/>
      <w:i/>
      <w:iCs/>
      <w:color w:val="404040"/>
    </w:rPr>
  </w:style>
  <w:style w:type="character" w:customStyle="1" w:styleId="80">
    <w:name w:val="見出し 8 (文字)"/>
    <w:link w:val="8"/>
    <w:uiPriority w:val="9"/>
    <w:semiHidden/>
    <w:rsid w:val="00FC693F"/>
    <w:rPr>
      <w:rFonts w:ascii="Calibri" w:eastAsia="ＭＳ ゴシック" w:hAnsi="Calibri" w:cs="Times New Roman"/>
      <w:color w:val="4F81BD"/>
      <w:sz w:val="20"/>
      <w:szCs w:val="20"/>
    </w:rPr>
  </w:style>
  <w:style w:type="character" w:customStyle="1" w:styleId="90">
    <w:name w:val="見出し 9 (文字)"/>
    <w:link w:val="9"/>
    <w:uiPriority w:val="9"/>
    <w:semiHidden/>
    <w:rsid w:val="00FC693F"/>
    <w:rPr>
      <w:rFonts w:ascii="Calibri" w:eastAsia="ＭＳ ゴシック" w:hAnsi="Calibri" w:cs="Times New Roman"/>
      <w:i/>
      <w:iCs/>
      <w:color w:val="404040"/>
      <w:sz w:val="20"/>
      <w:szCs w:val="20"/>
    </w:rPr>
  </w:style>
  <w:style w:type="paragraph" w:styleId="af7">
    <w:name w:val="caption"/>
    <w:basedOn w:val="a1"/>
    <w:next w:val="a1"/>
    <w:uiPriority w:val="35"/>
    <w:semiHidden/>
    <w:unhideWhenUsed/>
    <w:qFormat/>
    <w:rsid w:val="00FC693F"/>
    <w:pPr>
      <w:spacing w:line="240" w:lineRule="auto"/>
    </w:pPr>
    <w:rPr>
      <w:b/>
      <w:bCs/>
      <w:color w:val="4F81BD"/>
      <w:sz w:val="18"/>
      <w:szCs w:val="18"/>
    </w:rPr>
  </w:style>
  <w:style w:type="character" w:styleId="af8">
    <w:name w:val="Strong"/>
    <w:uiPriority w:val="22"/>
    <w:qFormat/>
    <w:rsid w:val="00FC693F"/>
    <w:rPr>
      <w:b/>
      <w:bCs/>
    </w:rPr>
  </w:style>
  <w:style w:type="character" w:styleId="af9">
    <w:name w:val="Emphasis"/>
    <w:uiPriority w:val="20"/>
    <w:qFormat/>
    <w:rsid w:val="00FC693F"/>
    <w:rPr>
      <w:i/>
      <w:iCs/>
    </w:rPr>
  </w:style>
  <w:style w:type="paragraph" w:styleId="27">
    <w:name w:val="Intense Quote"/>
    <w:basedOn w:val="a1"/>
    <w:next w:val="a1"/>
    <w:link w:val="28"/>
    <w:uiPriority w:val="30"/>
    <w:qFormat/>
    <w:rsid w:val="00FC693F"/>
    <w:pPr>
      <w:pBdr>
        <w:bottom w:val="single" w:sz="4" w:space="4" w:color="4F81BD"/>
      </w:pBdr>
      <w:spacing w:before="200" w:after="280"/>
      <w:ind w:left="936" w:right="936"/>
    </w:pPr>
    <w:rPr>
      <w:b/>
      <w:bCs/>
      <w:i/>
      <w:iCs/>
      <w:color w:val="4F81BD"/>
    </w:rPr>
  </w:style>
  <w:style w:type="character" w:customStyle="1" w:styleId="28">
    <w:name w:val="引用文 2 (文字)"/>
    <w:link w:val="27"/>
    <w:uiPriority w:val="30"/>
    <w:rsid w:val="00FC693F"/>
    <w:rPr>
      <w:b/>
      <w:bCs/>
      <w:i/>
      <w:iCs/>
      <w:color w:val="4F81BD"/>
    </w:rPr>
  </w:style>
  <w:style w:type="character" w:styleId="afa">
    <w:name w:val="Subtle Emphasis"/>
    <w:uiPriority w:val="19"/>
    <w:qFormat/>
    <w:rsid w:val="00FC693F"/>
    <w:rPr>
      <w:i/>
      <w:iCs/>
      <w:color w:val="808080"/>
    </w:rPr>
  </w:style>
  <w:style w:type="character" w:styleId="29">
    <w:name w:val="Intense Emphasis"/>
    <w:uiPriority w:val="21"/>
    <w:qFormat/>
    <w:rsid w:val="00FC693F"/>
    <w:rPr>
      <w:b/>
      <w:bCs/>
      <w:i/>
      <w:iCs/>
      <w:color w:val="4F81BD"/>
    </w:rPr>
  </w:style>
  <w:style w:type="character" w:styleId="afb">
    <w:name w:val="Subtle Reference"/>
    <w:uiPriority w:val="31"/>
    <w:qFormat/>
    <w:rsid w:val="00FC693F"/>
    <w:rPr>
      <w:smallCaps/>
      <w:color w:val="C0504D"/>
      <w:u w:val="single"/>
    </w:rPr>
  </w:style>
  <w:style w:type="character" w:styleId="2a">
    <w:name w:val="Intense Reference"/>
    <w:uiPriority w:val="32"/>
    <w:qFormat/>
    <w:rsid w:val="00FC693F"/>
    <w:rPr>
      <w:b/>
      <w:bCs/>
      <w:smallCaps/>
      <w:color w:val="C0504D"/>
      <w:spacing w:val="5"/>
      <w:u w:val="single"/>
    </w:rPr>
  </w:style>
  <w:style w:type="character" w:styleId="afc">
    <w:name w:val="Book Title"/>
    <w:uiPriority w:val="33"/>
    <w:qFormat/>
    <w:rsid w:val="00FC693F"/>
    <w:rPr>
      <w:b/>
      <w:bCs/>
      <w:smallCaps/>
      <w:spacing w:val="5"/>
    </w:rPr>
  </w:style>
  <w:style w:type="paragraph" w:styleId="afd">
    <w:name w:val="TOC Heading"/>
    <w:basedOn w:val="1"/>
    <w:next w:val="a1"/>
    <w:uiPriority w:val="39"/>
    <w:semiHidden/>
    <w:unhideWhenUsed/>
    <w:qFormat/>
    <w:rsid w:val="00FC693F"/>
    <w:pPr>
      <w:outlineLvl w:val="9"/>
    </w:pPr>
  </w:style>
  <w:style w:type="table" w:styleId="afe">
    <w:name w:val="Table Grid"/>
    <w:basedOn w:val="a3"/>
    <w:uiPriority w:val="59"/>
    <w:rsid w:val="00FC693F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table" w:styleId="11">
    <w:name w:val="Light Shading"/>
    <w:basedOn w:val="a3"/>
    <w:uiPriority w:val="60"/>
    <w:rsid w:val="00FC693F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/>
          <w:left w:val="nil"/>
          <w:bottom w:val="single" w:sz="8" w:space="0" w:color="000000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</w:style>
  <w:style w:type="table" w:styleId="12">
    <w:name w:val="Light Shading Accent 1"/>
    <w:basedOn w:val="a3"/>
    <w:uiPriority w:val="60"/>
    <w:rsid w:val="00FC693F"/>
    <w:rPr>
      <w:color w:val="365F91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/>
          <w:left w:val="nil"/>
          <w:bottom w:val="single" w:sz="8" w:space="0" w:color="4F81B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</w:style>
  <w:style w:type="table" w:styleId="13">
    <w:name w:val="Light Shading Accent 2"/>
    <w:basedOn w:val="a3"/>
    <w:uiPriority w:val="60"/>
    <w:rsid w:val="00FC693F"/>
    <w:rPr>
      <w:color w:val="943634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/>
          <w:left w:val="nil"/>
          <w:bottom w:val="single" w:sz="8" w:space="0" w:color="C0504D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</w:style>
  <w:style w:type="table" w:styleId="14">
    <w:name w:val="Light Shading Accent 3"/>
    <w:basedOn w:val="a3"/>
    <w:uiPriority w:val="60"/>
    <w:rsid w:val="00FC693F"/>
    <w:rPr>
      <w:color w:val="76923C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/>
          <w:left w:val="nil"/>
          <w:bottom w:val="single" w:sz="8" w:space="0" w:color="9BBB59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</w:style>
  <w:style w:type="table" w:styleId="15">
    <w:name w:val="Light Shading Accent 4"/>
    <w:basedOn w:val="a3"/>
    <w:uiPriority w:val="60"/>
    <w:rsid w:val="00FC693F"/>
    <w:rPr>
      <w:color w:val="5F497A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/>
          <w:left w:val="nil"/>
          <w:bottom w:val="single" w:sz="8" w:space="0" w:color="8064A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</w:style>
  <w:style w:type="table" w:styleId="16">
    <w:name w:val="Light Shading Accent 5"/>
    <w:basedOn w:val="a3"/>
    <w:uiPriority w:val="60"/>
    <w:rsid w:val="00FC693F"/>
    <w:rPr>
      <w:color w:val="31849B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/>
          <w:left w:val="nil"/>
          <w:bottom w:val="single" w:sz="8" w:space="0" w:color="4BACC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</w:style>
  <w:style w:type="table" w:styleId="17">
    <w:name w:val="Light Shading Accent 6"/>
    <w:basedOn w:val="a3"/>
    <w:uiPriority w:val="60"/>
    <w:rsid w:val="00FC693F"/>
    <w:rPr>
      <w:color w:val="E36C0A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/>
          <w:left w:val="nil"/>
          <w:bottom w:val="single" w:sz="8" w:space="0" w:color="F7964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</w:style>
  <w:style w:type="table" w:styleId="2b">
    <w:name w:val="Light List"/>
    <w:basedOn w:val="a3"/>
    <w:uiPriority w:val="61"/>
    <w:rsid w:val="00FC693F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</w:style>
  <w:style w:type="table" w:styleId="2c">
    <w:name w:val="Light List Accent 1"/>
    <w:basedOn w:val="a3"/>
    <w:uiPriority w:val="61"/>
    <w:rsid w:val="00FC693F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</w:style>
  <w:style w:type="table" w:styleId="2d">
    <w:name w:val="Light List Accent 2"/>
    <w:basedOn w:val="a3"/>
    <w:uiPriority w:val="61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</w:style>
  <w:style w:type="table" w:styleId="2e">
    <w:name w:val="Light List Accent 3"/>
    <w:basedOn w:val="a3"/>
    <w:uiPriority w:val="61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</w:style>
  <w:style w:type="table" w:styleId="2f">
    <w:name w:val="Light List Accent 4"/>
    <w:basedOn w:val="a3"/>
    <w:uiPriority w:val="61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</w:style>
  <w:style w:type="table" w:styleId="2f0">
    <w:name w:val="Light List Accent 5"/>
    <w:basedOn w:val="a3"/>
    <w:uiPriority w:val="61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</w:style>
  <w:style w:type="table" w:styleId="2f1">
    <w:name w:val="Light List Accent 6"/>
    <w:basedOn w:val="a3"/>
    <w:uiPriority w:val="61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</w:style>
  <w:style w:type="table" w:styleId="37">
    <w:name w:val="Light Grid"/>
    <w:basedOn w:val="a3"/>
    <w:uiPriority w:val="62"/>
    <w:rsid w:val="00CB0664"/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blStylePr w:type="fir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1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la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double" w:sz="6" w:space="0" w:color="000000"/>
          <w:left w:val="single" w:sz="8" w:space="0" w:color="000000"/>
          <w:bottom w:val="single" w:sz="8" w:space="0" w:color="000000"/>
          <w:right w:val="single" w:sz="8" w:space="0" w:color="000000"/>
          <w:insideH w:val="nil"/>
          <w:insideV w:val="single" w:sz="8" w:space="0" w:color="000000"/>
        </w:tcBorders>
      </w:tcPr>
    </w:tblStylePr>
    <w:tblStylePr w:type="firstCol">
      <w:rPr>
        <w:rFonts w:ascii="Calibri" w:eastAsia="ＭＳ ゴシック" w:hAnsi="Calibri" w:cs="Times New Roman"/>
        <w:b/>
        <w:bCs/>
      </w:rPr>
    </w:tblStylePr>
    <w:tblStylePr w:type="lastCol"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</w:tcPr>
    </w:tblStylePr>
    <w:tblStylePr w:type="band1Vert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</w:tcBorders>
        <w:shd w:val="clear" w:color="auto" w:fill="C0C0C0"/>
      </w:tcPr>
    </w:tblStylePr>
    <w:tblStylePr w:type="band1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  <w:shd w:val="clear" w:color="auto" w:fill="C0C0C0"/>
      </w:tcPr>
    </w:tblStylePr>
    <w:tblStylePr w:type="band2Horz">
      <w:tblPr/>
      <w:tcPr>
        <w:tcBorders>
          <w:top w:val="single" w:sz="8" w:space="0" w:color="000000"/>
          <w:left w:val="single" w:sz="8" w:space="0" w:color="000000"/>
          <w:bottom w:val="single" w:sz="8" w:space="0" w:color="000000"/>
          <w:right w:val="single" w:sz="8" w:space="0" w:color="000000"/>
          <w:insideV w:val="single" w:sz="8" w:space="0" w:color="000000"/>
        </w:tcBorders>
      </w:tcPr>
    </w:tblStylePr>
  </w:style>
  <w:style w:type="table" w:styleId="38">
    <w:name w:val="Light Grid Accent 1"/>
    <w:basedOn w:val="a3"/>
    <w:uiPriority w:val="62"/>
    <w:rsid w:val="00CB0664"/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blStylePr w:type="fir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1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la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double" w:sz="6" w:space="0" w:color="4F81BD"/>
          <w:left w:val="single" w:sz="8" w:space="0" w:color="4F81BD"/>
          <w:bottom w:val="single" w:sz="8" w:space="0" w:color="4F81BD"/>
          <w:right w:val="single" w:sz="8" w:space="0" w:color="4F81BD"/>
          <w:insideH w:val="nil"/>
          <w:insideV w:val="single" w:sz="8" w:space="0" w:color="4F81BD"/>
        </w:tcBorders>
      </w:tcPr>
    </w:tblStylePr>
    <w:tblStylePr w:type="firstCol">
      <w:rPr>
        <w:rFonts w:ascii="Calibri" w:eastAsia="ＭＳ ゴシック" w:hAnsi="Calibri" w:cs="Times New Roman"/>
        <w:b/>
        <w:bCs/>
      </w:rPr>
    </w:tblStylePr>
    <w:tblStylePr w:type="lastCol"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</w:tcPr>
    </w:tblStylePr>
    <w:tblStylePr w:type="band1Vert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</w:tcBorders>
        <w:shd w:val="clear" w:color="auto" w:fill="D3DFEE"/>
      </w:tcPr>
    </w:tblStylePr>
    <w:tblStylePr w:type="band1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  <w:shd w:val="clear" w:color="auto" w:fill="D3DFEE"/>
      </w:tcPr>
    </w:tblStylePr>
    <w:tblStylePr w:type="band2Horz">
      <w:tblPr/>
      <w:tcPr>
        <w:tcBorders>
          <w:top w:val="single" w:sz="8" w:space="0" w:color="4F81BD"/>
          <w:left w:val="single" w:sz="8" w:space="0" w:color="4F81BD"/>
          <w:bottom w:val="single" w:sz="8" w:space="0" w:color="4F81BD"/>
          <w:right w:val="single" w:sz="8" w:space="0" w:color="4F81BD"/>
          <w:insideV w:val="single" w:sz="8" w:space="0" w:color="4F81BD"/>
        </w:tcBorders>
      </w:tcPr>
    </w:tblStylePr>
  </w:style>
  <w:style w:type="table" w:styleId="39">
    <w:name w:val="Light Grid Accent 2"/>
    <w:basedOn w:val="a3"/>
    <w:uiPriority w:val="62"/>
    <w:rsid w:val="00CB0664"/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blStylePr w:type="fir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1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la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double" w:sz="6" w:space="0" w:color="C0504D"/>
          <w:left w:val="single" w:sz="8" w:space="0" w:color="C0504D"/>
          <w:bottom w:val="single" w:sz="8" w:space="0" w:color="C0504D"/>
          <w:right w:val="single" w:sz="8" w:space="0" w:color="C0504D"/>
          <w:insideH w:val="nil"/>
          <w:insideV w:val="single" w:sz="8" w:space="0" w:color="C0504D"/>
        </w:tcBorders>
      </w:tcPr>
    </w:tblStylePr>
    <w:tblStylePr w:type="firstCol">
      <w:rPr>
        <w:rFonts w:ascii="Calibri" w:eastAsia="ＭＳ ゴシック" w:hAnsi="Calibri" w:cs="Times New Roman"/>
        <w:b/>
        <w:bCs/>
      </w:rPr>
    </w:tblStylePr>
    <w:tblStylePr w:type="lastCol"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</w:tcPr>
    </w:tblStylePr>
    <w:tblStylePr w:type="band1Vert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</w:tcBorders>
        <w:shd w:val="clear" w:color="auto" w:fill="EFD3D2"/>
      </w:tcPr>
    </w:tblStylePr>
    <w:tblStylePr w:type="band1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  <w:shd w:val="clear" w:color="auto" w:fill="EFD3D2"/>
      </w:tcPr>
    </w:tblStylePr>
    <w:tblStylePr w:type="band2Horz">
      <w:tblPr/>
      <w:tcPr>
        <w:tcBorders>
          <w:top w:val="single" w:sz="8" w:space="0" w:color="C0504D"/>
          <w:left w:val="single" w:sz="8" w:space="0" w:color="C0504D"/>
          <w:bottom w:val="single" w:sz="8" w:space="0" w:color="C0504D"/>
          <w:right w:val="single" w:sz="8" w:space="0" w:color="C0504D"/>
          <w:insideV w:val="single" w:sz="8" w:space="0" w:color="C0504D"/>
        </w:tcBorders>
      </w:tcPr>
    </w:tblStylePr>
  </w:style>
  <w:style w:type="table" w:styleId="3a">
    <w:name w:val="Light Grid Accent 3"/>
    <w:basedOn w:val="a3"/>
    <w:uiPriority w:val="62"/>
    <w:rsid w:val="00CB0664"/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blStylePr w:type="fir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1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la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double" w:sz="6" w:space="0" w:color="9BBB59"/>
          <w:left w:val="single" w:sz="8" w:space="0" w:color="9BBB59"/>
          <w:bottom w:val="single" w:sz="8" w:space="0" w:color="9BBB59"/>
          <w:right w:val="single" w:sz="8" w:space="0" w:color="9BBB59"/>
          <w:insideH w:val="nil"/>
          <w:insideV w:val="single" w:sz="8" w:space="0" w:color="9BBB59"/>
        </w:tcBorders>
      </w:tcPr>
    </w:tblStylePr>
    <w:tblStylePr w:type="firstCol">
      <w:rPr>
        <w:rFonts w:ascii="Calibri" w:eastAsia="ＭＳ ゴシック" w:hAnsi="Calibri" w:cs="Times New Roman"/>
        <w:b/>
        <w:bCs/>
      </w:rPr>
    </w:tblStylePr>
    <w:tblStylePr w:type="lastCol"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</w:tcPr>
    </w:tblStylePr>
    <w:tblStylePr w:type="band1Vert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</w:tcBorders>
        <w:shd w:val="clear" w:color="auto" w:fill="E6EED5"/>
      </w:tcPr>
    </w:tblStylePr>
    <w:tblStylePr w:type="band1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  <w:shd w:val="clear" w:color="auto" w:fill="E6EED5"/>
      </w:tcPr>
    </w:tblStylePr>
    <w:tblStylePr w:type="band2Horz">
      <w:tblPr/>
      <w:tcPr>
        <w:tcBorders>
          <w:top w:val="single" w:sz="8" w:space="0" w:color="9BBB59"/>
          <w:left w:val="single" w:sz="8" w:space="0" w:color="9BBB59"/>
          <w:bottom w:val="single" w:sz="8" w:space="0" w:color="9BBB59"/>
          <w:right w:val="single" w:sz="8" w:space="0" w:color="9BBB59"/>
          <w:insideV w:val="single" w:sz="8" w:space="0" w:color="9BBB59"/>
        </w:tcBorders>
      </w:tcPr>
    </w:tblStylePr>
  </w:style>
  <w:style w:type="table" w:styleId="3b">
    <w:name w:val="Light Grid Accent 4"/>
    <w:basedOn w:val="a3"/>
    <w:uiPriority w:val="62"/>
    <w:rsid w:val="00CB0664"/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blStylePr w:type="fir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1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la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double" w:sz="6" w:space="0" w:color="8064A2"/>
          <w:left w:val="single" w:sz="8" w:space="0" w:color="8064A2"/>
          <w:bottom w:val="single" w:sz="8" w:space="0" w:color="8064A2"/>
          <w:right w:val="single" w:sz="8" w:space="0" w:color="8064A2"/>
          <w:insideH w:val="nil"/>
          <w:insideV w:val="single" w:sz="8" w:space="0" w:color="8064A2"/>
        </w:tcBorders>
      </w:tcPr>
    </w:tblStylePr>
    <w:tblStylePr w:type="firstCol">
      <w:rPr>
        <w:rFonts w:ascii="Calibri" w:eastAsia="ＭＳ ゴシック" w:hAnsi="Calibri" w:cs="Times New Roman"/>
        <w:b/>
        <w:bCs/>
      </w:rPr>
    </w:tblStylePr>
    <w:tblStylePr w:type="lastCol"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</w:tcPr>
    </w:tblStylePr>
    <w:tblStylePr w:type="band1Vert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</w:tcBorders>
        <w:shd w:val="clear" w:color="auto" w:fill="DFD8E8"/>
      </w:tcPr>
    </w:tblStylePr>
    <w:tblStylePr w:type="band1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  <w:shd w:val="clear" w:color="auto" w:fill="DFD8E8"/>
      </w:tcPr>
    </w:tblStylePr>
    <w:tblStylePr w:type="band2Horz">
      <w:tblPr/>
      <w:tcPr>
        <w:tcBorders>
          <w:top w:val="single" w:sz="8" w:space="0" w:color="8064A2"/>
          <w:left w:val="single" w:sz="8" w:space="0" w:color="8064A2"/>
          <w:bottom w:val="single" w:sz="8" w:space="0" w:color="8064A2"/>
          <w:right w:val="single" w:sz="8" w:space="0" w:color="8064A2"/>
          <w:insideV w:val="single" w:sz="8" w:space="0" w:color="8064A2"/>
        </w:tcBorders>
      </w:tcPr>
    </w:tblStylePr>
  </w:style>
  <w:style w:type="table" w:styleId="3c">
    <w:name w:val="Light Grid Accent 5"/>
    <w:basedOn w:val="a3"/>
    <w:uiPriority w:val="62"/>
    <w:rsid w:val="00CB0664"/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blStylePr w:type="fir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1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la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double" w:sz="6" w:space="0" w:color="4BACC6"/>
          <w:left w:val="single" w:sz="8" w:space="0" w:color="4BACC6"/>
          <w:bottom w:val="single" w:sz="8" w:space="0" w:color="4BACC6"/>
          <w:right w:val="single" w:sz="8" w:space="0" w:color="4BACC6"/>
          <w:insideH w:val="nil"/>
          <w:insideV w:val="single" w:sz="8" w:space="0" w:color="4BACC6"/>
        </w:tcBorders>
      </w:tcPr>
    </w:tblStylePr>
    <w:tblStylePr w:type="firstCol">
      <w:rPr>
        <w:rFonts w:ascii="Calibri" w:eastAsia="ＭＳ ゴシック" w:hAnsi="Calibri" w:cs="Times New Roman"/>
        <w:b/>
        <w:bCs/>
      </w:rPr>
    </w:tblStylePr>
    <w:tblStylePr w:type="lastCol"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</w:tcPr>
    </w:tblStylePr>
    <w:tblStylePr w:type="band1Vert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</w:tcBorders>
        <w:shd w:val="clear" w:color="auto" w:fill="D2EAF1"/>
      </w:tcPr>
    </w:tblStylePr>
    <w:tblStylePr w:type="band1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  <w:shd w:val="clear" w:color="auto" w:fill="D2EAF1"/>
      </w:tcPr>
    </w:tblStylePr>
    <w:tblStylePr w:type="band2Horz">
      <w:tblPr/>
      <w:tcPr>
        <w:tcBorders>
          <w:top w:val="single" w:sz="8" w:space="0" w:color="4BACC6"/>
          <w:left w:val="single" w:sz="8" w:space="0" w:color="4BACC6"/>
          <w:bottom w:val="single" w:sz="8" w:space="0" w:color="4BACC6"/>
          <w:right w:val="single" w:sz="8" w:space="0" w:color="4BACC6"/>
          <w:insideV w:val="single" w:sz="8" w:space="0" w:color="4BACC6"/>
        </w:tcBorders>
      </w:tcPr>
    </w:tblStylePr>
  </w:style>
  <w:style w:type="table" w:styleId="3d">
    <w:name w:val="Light Grid Accent 6"/>
    <w:basedOn w:val="a3"/>
    <w:uiPriority w:val="62"/>
    <w:rsid w:val="00CB0664"/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blStylePr w:type="fir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1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lastRow">
      <w:pPr>
        <w:spacing w:before="0" w:after="0" w:line="240" w:lineRule="auto"/>
      </w:pPr>
      <w:rPr>
        <w:rFonts w:ascii="Calibri" w:eastAsia="ＭＳ ゴシック" w:hAnsi="Calibri" w:cs="Times New Roman"/>
        <w:b/>
        <w:bCs/>
      </w:rPr>
      <w:tblPr/>
      <w:tcPr>
        <w:tcBorders>
          <w:top w:val="double" w:sz="6" w:space="0" w:color="F79646"/>
          <w:left w:val="single" w:sz="8" w:space="0" w:color="F79646"/>
          <w:bottom w:val="single" w:sz="8" w:space="0" w:color="F79646"/>
          <w:right w:val="single" w:sz="8" w:space="0" w:color="F79646"/>
          <w:insideH w:val="nil"/>
          <w:insideV w:val="single" w:sz="8" w:space="0" w:color="F79646"/>
        </w:tcBorders>
      </w:tcPr>
    </w:tblStylePr>
    <w:tblStylePr w:type="firstCol">
      <w:rPr>
        <w:rFonts w:ascii="Calibri" w:eastAsia="ＭＳ ゴシック" w:hAnsi="Calibri" w:cs="Times New Roman"/>
        <w:b/>
        <w:bCs/>
      </w:rPr>
    </w:tblStylePr>
    <w:tblStylePr w:type="lastCol">
      <w:rPr>
        <w:rFonts w:ascii="Calibri" w:eastAsia="ＭＳ ゴシック" w:hAnsi="Calibri" w:cs="Times New Roman"/>
        <w:b/>
        <w:bCs/>
      </w:rPr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</w:tcPr>
    </w:tblStylePr>
    <w:tblStylePr w:type="band1Vert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</w:tcBorders>
        <w:shd w:val="clear" w:color="auto" w:fill="FDE4D0"/>
      </w:tcPr>
    </w:tblStylePr>
    <w:tblStylePr w:type="band1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  <w:shd w:val="clear" w:color="auto" w:fill="FDE4D0"/>
      </w:tcPr>
    </w:tblStylePr>
    <w:tblStylePr w:type="band2Horz">
      <w:tblPr/>
      <w:tcPr>
        <w:tcBorders>
          <w:top w:val="single" w:sz="8" w:space="0" w:color="F79646"/>
          <w:left w:val="single" w:sz="8" w:space="0" w:color="F79646"/>
          <w:bottom w:val="single" w:sz="8" w:space="0" w:color="F79646"/>
          <w:right w:val="single" w:sz="8" w:space="0" w:color="F79646"/>
          <w:insideV w:val="single" w:sz="8" w:space="0" w:color="F79646"/>
        </w:tcBorders>
      </w:tcPr>
    </w:tblStylePr>
  </w:style>
  <w:style w:type="table" w:styleId="41">
    <w:name w:val="Medium Shading 1"/>
    <w:basedOn w:val="a3"/>
    <w:uiPriority w:val="63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/>
          <w:left w:val="single" w:sz="8" w:space="0" w:color="404040"/>
          <w:bottom w:val="single" w:sz="8" w:space="0" w:color="404040"/>
          <w:right w:val="single" w:sz="8" w:space="0" w:color="404040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2">
    <w:name w:val="Medium Shading 1 Accent 1"/>
    <w:basedOn w:val="a3"/>
    <w:uiPriority w:val="63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/>
          <w:left w:val="single" w:sz="8" w:space="0" w:color="7BA0CD"/>
          <w:bottom w:val="single" w:sz="8" w:space="0" w:color="7BA0CD"/>
          <w:right w:val="single" w:sz="8" w:space="0" w:color="7BA0CD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3">
    <w:name w:val="Medium Shading 1 Accent 2"/>
    <w:basedOn w:val="a3"/>
    <w:uiPriority w:val="63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/>
          <w:left w:val="single" w:sz="8" w:space="0" w:color="CF7B79"/>
          <w:bottom w:val="single" w:sz="8" w:space="0" w:color="CF7B79"/>
          <w:right w:val="single" w:sz="8" w:space="0" w:color="CF7B7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4">
    <w:name w:val="Medium Shading 1 Accent 3"/>
    <w:basedOn w:val="a3"/>
    <w:uiPriority w:val="63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/>
          <w:left w:val="single" w:sz="8" w:space="0" w:color="B3CC82"/>
          <w:bottom w:val="single" w:sz="8" w:space="0" w:color="B3CC82"/>
          <w:right w:val="single" w:sz="8" w:space="0" w:color="B3CC82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5">
    <w:name w:val="Medium Shading 1 Accent 4"/>
    <w:basedOn w:val="a3"/>
    <w:uiPriority w:val="63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/>
          <w:left w:val="single" w:sz="8" w:space="0" w:color="9F8AB9"/>
          <w:bottom w:val="single" w:sz="8" w:space="0" w:color="9F8AB9"/>
          <w:right w:val="single" w:sz="8" w:space="0" w:color="9F8AB9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6">
    <w:name w:val="Medium Shading 1 Accent 5"/>
    <w:basedOn w:val="a3"/>
    <w:uiPriority w:val="63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/>
          <w:left w:val="single" w:sz="8" w:space="0" w:color="78C0D4"/>
          <w:bottom w:val="single" w:sz="8" w:space="0" w:color="78C0D4"/>
          <w:right w:val="single" w:sz="8" w:space="0" w:color="78C0D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47">
    <w:name w:val="Medium Shading 1 Accent 6"/>
    <w:basedOn w:val="a3"/>
    <w:uiPriority w:val="63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8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/>
          <w:left w:val="single" w:sz="8" w:space="0" w:color="F9B074"/>
          <w:bottom w:val="single" w:sz="8" w:space="0" w:color="F9B074"/>
          <w:right w:val="single" w:sz="8" w:space="0" w:color="F9B074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51">
    <w:name w:val="Medium Shading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2">
    <w:name w:val="Medium Shading 2 Accent 1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3">
    <w:name w:val="Medium Shading 2 Accent 2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4">
    <w:name w:val="Medium Shading 2 Accent 3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5">
    <w:name w:val="Medium Shading 2 Accent 4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6">
    <w:name w:val="Medium Shading 2 Accent 5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57">
    <w:name w:val="Medium Shading 2 Accent 6"/>
    <w:basedOn w:val="a3"/>
    <w:uiPriority w:val="64"/>
    <w:rsid w:val="00CB0664"/>
    <w:tblPr>
      <w:tblStyleRowBandSize w:val="1"/>
      <w:tblStyleColBandSize w:val="1"/>
      <w:tblBorders>
        <w:top w:val="single" w:sz="18" w:space="0" w:color="auto"/>
        <w:bottom w:val="single" w:sz="18" w:space="0" w:color="auto"/>
      </w:tblBorders>
    </w:tblPr>
    <w:tblStylePr w:type="firstRow">
      <w:pPr>
        <w:spacing w:before="0" w:after="0" w:line="240" w:lineRule="auto"/>
      </w:pPr>
      <w:rPr>
        <w:b/>
        <w:bCs/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FFFFFF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color w:val="FFFFFF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/>
      </w:tcPr>
    </w:tblStylePr>
    <w:tblStylePr w:type="band1Horz">
      <w:tblPr/>
      <w:tcPr>
        <w:shd w:val="clear" w:color="auto" w:fill="D8D8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61">
    <w:name w:val="Medium List 1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000000"/>
        <w:bottom w:val="single" w:sz="8" w:space="0" w:color="000000"/>
      </w:tblBorders>
    </w:tblPr>
    <w:tblStylePr w:type="firstRow">
      <w:rPr>
        <w:rFonts w:ascii="Calibri" w:eastAsia="ＭＳ ゴシック" w:hAnsi="Calibri" w:cs="Times New Roman"/>
      </w:rPr>
      <w:tblPr/>
      <w:tcPr>
        <w:tcBorders>
          <w:top w:val="nil"/>
          <w:bottom w:val="single" w:sz="8" w:space="0" w:color="000000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/>
          <w:bottom w:val="single" w:sz="8" w:space="0" w:color="000000"/>
        </w:tcBorders>
      </w:tcPr>
    </w:tblStylePr>
    <w:tblStylePr w:type="band1Vert">
      <w:tblPr/>
      <w:tcPr>
        <w:shd w:val="clear" w:color="auto" w:fill="C0C0C0"/>
      </w:tcPr>
    </w:tblStylePr>
    <w:tblStylePr w:type="band1Horz">
      <w:tblPr/>
      <w:tcPr>
        <w:shd w:val="clear" w:color="auto" w:fill="C0C0C0"/>
      </w:tcPr>
    </w:tblStylePr>
  </w:style>
  <w:style w:type="table" w:styleId="62">
    <w:name w:val="Medium List 1 Accent 1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F81BD"/>
        <w:bottom w:val="single" w:sz="8" w:space="0" w:color="4F81BD"/>
      </w:tblBorders>
    </w:tblPr>
    <w:tblStylePr w:type="firstRow">
      <w:rPr>
        <w:rFonts w:ascii="Calibri" w:eastAsia="ＭＳ ゴシック" w:hAnsi="Calibri" w:cs="Times New Roman"/>
      </w:rPr>
      <w:tblPr/>
      <w:tcPr>
        <w:tcBorders>
          <w:top w:val="nil"/>
          <w:bottom w:val="single" w:sz="8" w:space="0" w:color="4F81B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/>
          <w:bottom w:val="single" w:sz="8" w:space="0" w:color="4F81BD"/>
        </w:tcBorders>
      </w:tcPr>
    </w:tblStylePr>
    <w:tblStylePr w:type="band1Vert">
      <w:tblPr/>
      <w:tcPr>
        <w:shd w:val="clear" w:color="auto" w:fill="D3DFEE"/>
      </w:tcPr>
    </w:tblStylePr>
    <w:tblStylePr w:type="band1Horz">
      <w:tblPr/>
      <w:tcPr>
        <w:shd w:val="clear" w:color="auto" w:fill="D3DFEE"/>
      </w:tcPr>
    </w:tblStylePr>
  </w:style>
  <w:style w:type="table" w:styleId="63">
    <w:name w:val="Medium List 1 Accent 2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C0504D"/>
        <w:bottom w:val="single" w:sz="8" w:space="0" w:color="C0504D"/>
      </w:tblBorders>
    </w:tblPr>
    <w:tblStylePr w:type="firstRow">
      <w:rPr>
        <w:rFonts w:ascii="Calibri" w:eastAsia="ＭＳ ゴシック" w:hAnsi="Calibri" w:cs="Times New Roman"/>
      </w:rPr>
      <w:tblPr/>
      <w:tcPr>
        <w:tcBorders>
          <w:top w:val="nil"/>
          <w:bottom w:val="single" w:sz="8" w:space="0" w:color="C0504D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/>
          <w:bottom w:val="single" w:sz="8" w:space="0" w:color="C0504D"/>
        </w:tcBorders>
      </w:tcPr>
    </w:tblStylePr>
    <w:tblStylePr w:type="band1Vert">
      <w:tblPr/>
      <w:tcPr>
        <w:shd w:val="clear" w:color="auto" w:fill="EFD3D2"/>
      </w:tcPr>
    </w:tblStylePr>
    <w:tblStylePr w:type="band1Horz">
      <w:tblPr/>
      <w:tcPr>
        <w:shd w:val="clear" w:color="auto" w:fill="EFD3D2"/>
      </w:tcPr>
    </w:tblStylePr>
  </w:style>
  <w:style w:type="table" w:styleId="64">
    <w:name w:val="Medium List 1 Accent 3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9BBB59"/>
        <w:bottom w:val="single" w:sz="8" w:space="0" w:color="9BBB59"/>
      </w:tblBorders>
    </w:tblPr>
    <w:tblStylePr w:type="firstRow">
      <w:rPr>
        <w:rFonts w:ascii="Calibri" w:eastAsia="ＭＳ ゴシック" w:hAnsi="Calibri" w:cs="Times New Roman"/>
      </w:rPr>
      <w:tblPr/>
      <w:tcPr>
        <w:tcBorders>
          <w:top w:val="nil"/>
          <w:bottom w:val="single" w:sz="8" w:space="0" w:color="9BBB59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/>
          <w:bottom w:val="single" w:sz="8" w:space="0" w:color="9BBB59"/>
        </w:tcBorders>
      </w:tcPr>
    </w:tblStylePr>
    <w:tblStylePr w:type="band1Vert">
      <w:tblPr/>
      <w:tcPr>
        <w:shd w:val="clear" w:color="auto" w:fill="E6EED5"/>
      </w:tcPr>
    </w:tblStylePr>
    <w:tblStylePr w:type="band1Horz">
      <w:tblPr/>
      <w:tcPr>
        <w:shd w:val="clear" w:color="auto" w:fill="E6EED5"/>
      </w:tcPr>
    </w:tblStylePr>
  </w:style>
  <w:style w:type="table" w:styleId="65">
    <w:name w:val="Medium List 1 Accent 4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8064A2"/>
        <w:bottom w:val="single" w:sz="8" w:space="0" w:color="8064A2"/>
      </w:tblBorders>
    </w:tblPr>
    <w:tblStylePr w:type="firstRow">
      <w:rPr>
        <w:rFonts w:ascii="Calibri" w:eastAsia="ＭＳ ゴシック" w:hAnsi="Calibri" w:cs="Times New Roman"/>
      </w:rPr>
      <w:tblPr/>
      <w:tcPr>
        <w:tcBorders>
          <w:top w:val="nil"/>
          <w:bottom w:val="single" w:sz="8" w:space="0" w:color="8064A2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/>
          <w:bottom w:val="single" w:sz="8" w:space="0" w:color="8064A2"/>
        </w:tcBorders>
      </w:tcPr>
    </w:tblStylePr>
    <w:tblStylePr w:type="band1Vert">
      <w:tblPr/>
      <w:tcPr>
        <w:shd w:val="clear" w:color="auto" w:fill="DFD8E8"/>
      </w:tcPr>
    </w:tblStylePr>
    <w:tblStylePr w:type="band1Horz">
      <w:tblPr/>
      <w:tcPr>
        <w:shd w:val="clear" w:color="auto" w:fill="DFD8E8"/>
      </w:tcPr>
    </w:tblStylePr>
  </w:style>
  <w:style w:type="table" w:styleId="66">
    <w:name w:val="Medium List 1 Accent 5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4BACC6"/>
        <w:bottom w:val="single" w:sz="8" w:space="0" w:color="4BACC6"/>
      </w:tblBorders>
    </w:tblPr>
    <w:tblStylePr w:type="firstRow">
      <w:rPr>
        <w:rFonts w:ascii="Calibri" w:eastAsia="ＭＳ ゴシック" w:hAnsi="Calibri" w:cs="Times New Roman"/>
      </w:rPr>
      <w:tblPr/>
      <w:tcPr>
        <w:tcBorders>
          <w:top w:val="nil"/>
          <w:bottom w:val="single" w:sz="8" w:space="0" w:color="4BACC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/>
          <w:bottom w:val="single" w:sz="8" w:space="0" w:color="4BACC6"/>
        </w:tcBorders>
      </w:tcPr>
    </w:tblStylePr>
    <w:tblStylePr w:type="band1Vert">
      <w:tblPr/>
      <w:tcPr>
        <w:shd w:val="clear" w:color="auto" w:fill="D2EAF1"/>
      </w:tcPr>
    </w:tblStylePr>
    <w:tblStylePr w:type="band1Horz">
      <w:tblPr/>
      <w:tcPr>
        <w:shd w:val="clear" w:color="auto" w:fill="D2EAF1"/>
      </w:tcPr>
    </w:tblStylePr>
  </w:style>
  <w:style w:type="table" w:styleId="67">
    <w:name w:val="Medium List 1 Accent 6"/>
    <w:basedOn w:val="a3"/>
    <w:uiPriority w:val="65"/>
    <w:rsid w:val="00CB0664"/>
    <w:rPr>
      <w:color w:val="000000"/>
    </w:rPr>
    <w:tblPr>
      <w:tblStyleRowBandSize w:val="1"/>
      <w:tblStyleColBandSize w:val="1"/>
      <w:tblBorders>
        <w:top w:val="single" w:sz="8" w:space="0" w:color="F79646"/>
        <w:bottom w:val="single" w:sz="8" w:space="0" w:color="F79646"/>
      </w:tblBorders>
    </w:tblPr>
    <w:tblStylePr w:type="firstRow">
      <w:rPr>
        <w:rFonts w:ascii="Calibri" w:eastAsia="ＭＳ ゴシック" w:hAnsi="Calibri" w:cs="Times New Roman"/>
      </w:rPr>
      <w:tblPr/>
      <w:tcPr>
        <w:tcBorders>
          <w:top w:val="nil"/>
          <w:bottom w:val="single" w:sz="8" w:space="0" w:color="F79646"/>
        </w:tcBorders>
      </w:tcPr>
    </w:tblStylePr>
    <w:tblStylePr w:type="lastRow">
      <w:rPr>
        <w:b/>
        <w:bCs/>
        <w:color w:val="1F497D"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/>
          <w:bottom w:val="single" w:sz="8" w:space="0" w:color="F79646"/>
        </w:tcBorders>
      </w:tcPr>
    </w:tblStylePr>
    <w:tblStylePr w:type="band1Vert">
      <w:tblPr/>
      <w:tcPr>
        <w:shd w:val="clear" w:color="auto" w:fill="FDE4D0"/>
      </w:tcPr>
    </w:tblStylePr>
    <w:tblStylePr w:type="band1Horz">
      <w:tblPr/>
      <w:tcPr>
        <w:shd w:val="clear" w:color="auto" w:fill="FDE4D0"/>
      </w:tcPr>
    </w:tblStylePr>
  </w:style>
  <w:style w:type="table" w:styleId="71">
    <w:name w:val="Medium List 2"/>
    <w:basedOn w:val="a3"/>
    <w:uiPriority w:val="66"/>
    <w:rsid w:val="00CB0664"/>
    <w:rPr>
      <w:rFonts w:ascii="Calibri" w:eastAsia="ＭＳ ゴシック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000000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72">
    <w:name w:val="Medium List 2 Accent 1"/>
    <w:basedOn w:val="a3"/>
    <w:uiPriority w:val="66"/>
    <w:rsid w:val="00CB0664"/>
    <w:rPr>
      <w:rFonts w:ascii="Calibri" w:eastAsia="ＭＳ ゴシック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F81B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F81B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73">
    <w:name w:val="Medium List 2 Accent 2"/>
    <w:basedOn w:val="a3"/>
    <w:uiPriority w:val="66"/>
    <w:rsid w:val="00CB0664"/>
    <w:rPr>
      <w:rFonts w:ascii="Calibri" w:eastAsia="ＭＳ ゴシック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C0504D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C0504D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74">
    <w:name w:val="Medium List 2 Accent 3"/>
    <w:basedOn w:val="a3"/>
    <w:uiPriority w:val="66"/>
    <w:rsid w:val="00CB0664"/>
    <w:rPr>
      <w:rFonts w:ascii="Calibri" w:eastAsia="ＭＳ ゴシック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9BBB59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9BBB59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75">
    <w:name w:val="Medium List 2 Accent 4"/>
    <w:basedOn w:val="a3"/>
    <w:uiPriority w:val="66"/>
    <w:rsid w:val="00CB0664"/>
    <w:rPr>
      <w:rFonts w:ascii="Calibri" w:eastAsia="ＭＳ ゴシック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8064A2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8064A2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76">
    <w:name w:val="Medium List 2 Accent 5"/>
    <w:basedOn w:val="a3"/>
    <w:uiPriority w:val="66"/>
    <w:rsid w:val="00CB0664"/>
    <w:rPr>
      <w:rFonts w:ascii="Calibri" w:eastAsia="ＭＳ ゴシック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4BACC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4BACC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77">
    <w:name w:val="Medium List 2 Accent 6"/>
    <w:basedOn w:val="a3"/>
    <w:uiPriority w:val="66"/>
    <w:rsid w:val="00CB0664"/>
    <w:rPr>
      <w:rFonts w:ascii="Calibri" w:eastAsia="ＭＳ ゴシック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</w:tblBorders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tblPr/>
      <w:tcPr>
        <w:tcBorders>
          <w:top w:val="single" w:sz="8" w:space="0" w:color="F79646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/>
          <w:insideH w:val="nil"/>
          <w:insideV w:val="nil"/>
        </w:tcBorders>
        <w:shd w:val="clear" w:color="auto" w:fill="FFFFFF"/>
      </w:tcPr>
    </w:tblStylePr>
    <w:tblStylePr w:type="lastCol">
      <w:tblPr/>
      <w:tcPr>
        <w:tcBorders>
          <w:top w:val="nil"/>
          <w:left w:val="single" w:sz="8" w:space="0" w:color="F79646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/>
      </w:tcPr>
    </w:tblStylePr>
    <w:tblStylePr w:type="nwCell">
      <w:tblPr/>
      <w:tcPr>
        <w:shd w:val="clear" w:color="auto" w:fill="FFFFFF"/>
      </w:tcPr>
    </w:tblStylePr>
    <w:tblStylePr w:type="swCell">
      <w:tblPr/>
      <w:tcPr>
        <w:tcBorders>
          <w:top w:val="nil"/>
        </w:tcBorders>
      </w:tcPr>
    </w:tblStylePr>
  </w:style>
  <w:style w:type="table" w:styleId="81">
    <w:name w:val="Medium Grid 1"/>
    <w:basedOn w:val="a3"/>
    <w:uiPriority w:val="67"/>
    <w:rsid w:val="00CB0664"/>
    <w:tblPr>
      <w:tblStyleRowBandSize w:val="1"/>
      <w:tblStyleColBandSize w:val="1"/>
      <w:tblBorders>
        <w:top w:val="single" w:sz="8" w:space="0" w:color="404040"/>
        <w:left w:val="single" w:sz="8" w:space="0" w:color="404040"/>
        <w:bottom w:val="single" w:sz="8" w:space="0" w:color="404040"/>
        <w:right w:val="single" w:sz="8" w:space="0" w:color="404040"/>
        <w:insideH w:val="single" w:sz="8" w:space="0" w:color="404040"/>
        <w:insideV w:val="single" w:sz="8" w:space="0" w:color="404040"/>
      </w:tblBorders>
    </w:tblPr>
    <w:tcPr>
      <w:shd w:val="clear" w:color="auto" w:fill="C0C0C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82">
    <w:name w:val="Medium Grid 1 Accent 1"/>
    <w:basedOn w:val="a3"/>
    <w:uiPriority w:val="67"/>
    <w:rsid w:val="00CB0664"/>
    <w:tblPr>
      <w:tblStyleRowBandSize w:val="1"/>
      <w:tblStyleColBandSize w:val="1"/>
      <w:tblBorders>
        <w:top w:val="single" w:sz="8" w:space="0" w:color="7BA0CD"/>
        <w:left w:val="single" w:sz="8" w:space="0" w:color="7BA0CD"/>
        <w:bottom w:val="single" w:sz="8" w:space="0" w:color="7BA0CD"/>
        <w:right w:val="single" w:sz="8" w:space="0" w:color="7BA0CD"/>
        <w:insideH w:val="single" w:sz="8" w:space="0" w:color="7BA0CD"/>
        <w:insideV w:val="single" w:sz="8" w:space="0" w:color="7BA0CD"/>
      </w:tblBorders>
    </w:tblPr>
    <w:tcPr>
      <w:shd w:val="clear" w:color="auto" w:fill="D3DFEE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83">
    <w:name w:val="Medium Grid 1 Accent 2"/>
    <w:basedOn w:val="a3"/>
    <w:uiPriority w:val="67"/>
    <w:rsid w:val="00CB0664"/>
    <w:tblPr>
      <w:tblStyleRowBandSize w:val="1"/>
      <w:tblStyleColBandSize w:val="1"/>
      <w:tblBorders>
        <w:top w:val="single" w:sz="8" w:space="0" w:color="CF7B79"/>
        <w:left w:val="single" w:sz="8" w:space="0" w:color="CF7B79"/>
        <w:bottom w:val="single" w:sz="8" w:space="0" w:color="CF7B79"/>
        <w:right w:val="single" w:sz="8" w:space="0" w:color="CF7B79"/>
        <w:insideH w:val="single" w:sz="8" w:space="0" w:color="CF7B79"/>
        <w:insideV w:val="single" w:sz="8" w:space="0" w:color="CF7B79"/>
      </w:tblBorders>
    </w:tblPr>
    <w:tcPr>
      <w:shd w:val="clear" w:color="auto" w:fill="EFD3D2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84">
    <w:name w:val="Medium Grid 1 Accent 3"/>
    <w:basedOn w:val="a3"/>
    <w:uiPriority w:val="67"/>
    <w:rsid w:val="00CB0664"/>
    <w:tblPr>
      <w:tblStyleRowBandSize w:val="1"/>
      <w:tblStyleColBandSize w:val="1"/>
      <w:tblBorders>
        <w:top w:val="single" w:sz="8" w:space="0" w:color="B3CC82"/>
        <w:left w:val="single" w:sz="8" w:space="0" w:color="B3CC82"/>
        <w:bottom w:val="single" w:sz="8" w:space="0" w:color="B3CC82"/>
        <w:right w:val="single" w:sz="8" w:space="0" w:color="B3CC82"/>
        <w:insideH w:val="single" w:sz="8" w:space="0" w:color="B3CC82"/>
        <w:insideV w:val="single" w:sz="8" w:space="0" w:color="B3CC82"/>
      </w:tblBorders>
    </w:tblPr>
    <w:tcPr>
      <w:shd w:val="clear" w:color="auto" w:fill="E6EED5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85">
    <w:name w:val="Medium Grid 1 Accent 4"/>
    <w:basedOn w:val="a3"/>
    <w:uiPriority w:val="67"/>
    <w:rsid w:val="00CB0664"/>
    <w:tblPr>
      <w:tblStyleRowBandSize w:val="1"/>
      <w:tblStyleColBandSize w:val="1"/>
      <w:tblBorders>
        <w:top w:val="single" w:sz="8" w:space="0" w:color="9F8AB9"/>
        <w:left w:val="single" w:sz="8" w:space="0" w:color="9F8AB9"/>
        <w:bottom w:val="single" w:sz="8" w:space="0" w:color="9F8AB9"/>
        <w:right w:val="single" w:sz="8" w:space="0" w:color="9F8AB9"/>
        <w:insideH w:val="single" w:sz="8" w:space="0" w:color="9F8AB9"/>
        <w:insideV w:val="single" w:sz="8" w:space="0" w:color="9F8AB9"/>
      </w:tblBorders>
    </w:tblPr>
    <w:tcPr>
      <w:shd w:val="clear" w:color="auto" w:fill="DFD8E8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86">
    <w:name w:val="Medium Grid 1 Accent 5"/>
    <w:basedOn w:val="a3"/>
    <w:uiPriority w:val="67"/>
    <w:rsid w:val="00CB0664"/>
    <w:tblPr>
      <w:tblStyleRowBandSize w:val="1"/>
      <w:tblStyleColBandSize w:val="1"/>
      <w:tblBorders>
        <w:top w:val="single" w:sz="8" w:space="0" w:color="78C0D4"/>
        <w:left w:val="single" w:sz="8" w:space="0" w:color="78C0D4"/>
        <w:bottom w:val="single" w:sz="8" w:space="0" w:color="78C0D4"/>
        <w:right w:val="single" w:sz="8" w:space="0" w:color="78C0D4"/>
        <w:insideH w:val="single" w:sz="8" w:space="0" w:color="78C0D4"/>
        <w:insideV w:val="single" w:sz="8" w:space="0" w:color="78C0D4"/>
      </w:tblBorders>
    </w:tblPr>
    <w:tcPr>
      <w:shd w:val="clear" w:color="auto" w:fill="D2EAF1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87">
    <w:name w:val="Medium Grid 1 Accent 6"/>
    <w:basedOn w:val="a3"/>
    <w:uiPriority w:val="67"/>
    <w:rsid w:val="00CB0664"/>
    <w:tblPr>
      <w:tblStyleRowBandSize w:val="1"/>
      <w:tblStyleColBandSize w:val="1"/>
      <w:tblBorders>
        <w:top w:val="single" w:sz="8" w:space="0" w:color="F9B074"/>
        <w:left w:val="single" w:sz="8" w:space="0" w:color="F9B074"/>
        <w:bottom w:val="single" w:sz="8" w:space="0" w:color="F9B074"/>
        <w:right w:val="single" w:sz="8" w:space="0" w:color="F9B074"/>
        <w:insideH w:val="single" w:sz="8" w:space="0" w:color="F9B074"/>
        <w:insideV w:val="single" w:sz="8" w:space="0" w:color="F9B074"/>
      </w:tblBorders>
    </w:tblPr>
    <w:tcPr>
      <w:shd w:val="clear" w:color="auto" w:fill="FDE4D0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  <w:style w:type="table" w:styleId="91">
    <w:name w:val="Medium Grid 2"/>
    <w:basedOn w:val="a3"/>
    <w:uiPriority w:val="68"/>
    <w:rsid w:val="00CB0664"/>
    <w:rPr>
      <w:rFonts w:ascii="Calibri" w:eastAsia="ＭＳ ゴシック" w:hAnsi="Calibri"/>
      <w:color w:val="000000"/>
    </w:rPr>
    <w:tblPr>
      <w:tblStyleRowBandSize w:val="1"/>
      <w:tblStyleColBandSize w:val="1"/>
      <w:tblBorders>
        <w:top w:val="single" w:sz="8" w:space="0" w:color="000000"/>
        <w:left w:val="single" w:sz="8" w:space="0" w:color="000000"/>
        <w:bottom w:val="single" w:sz="8" w:space="0" w:color="000000"/>
        <w:right w:val="single" w:sz="8" w:space="0" w:color="000000"/>
        <w:insideH w:val="single" w:sz="8" w:space="0" w:color="000000"/>
        <w:insideV w:val="single" w:sz="8" w:space="0" w:color="000000"/>
      </w:tblBorders>
    </w:tblPr>
    <w:tcPr>
      <w:shd w:val="clear" w:color="auto" w:fill="C0C0C0"/>
    </w:tcPr>
    <w:tblStylePr w:type="firstRow">
      <w:rPr>
        <w:b/>
        <w:bCs/>
        <w:color w:val="000000"/>
      </w:rPr>
      <w:tblPr/>
      <w:tcPr>
        <w:shd w:val="clear" w:color="auto" w:fill="E6E6E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tcBorders>
          <w:insideH w:val="single" w:sz="6" w:space="0" w:color="000000"/>
          <w:insideV w:val="single" w:sz="6" w:space="0" w:color="000000"/>
        </w:tcBorders>
        <w:shd w:val="clear" w:color="auto" w:fill="808080"/>
      </w:tcPr>
    </w:tblStylePr>
    <w:tblStylePr w:type="nwCell">
      <w:tblPr/>
      <w:tcPr>
        <w:shd w:val="clear" w:color="auto" w:fill="FFFFFF"/>
      </w:tcPr>
    </w:tblStylePr>
  </w:style>
  <w:style w:type="table" w:styleId="92">
    <w:name w:val="Medium Grid 2 Accent 1"/>
    <w:basedOn w:val="a3"/>
    <w:uiPriority w:val="68"/>
    <w:rsid w:val="00CB0664"/>
    <w:rPr>
      <w:rFonts w:ascii="Calibri" w:eastAsia="ＭＳ ゴシック" w:hAnsi="Calibri"/>
      <w:color w:val="000000"/>
    </w:rPr>
    <w:tblPr>
      <w:tblStyleRowBandSize w:val="1"/>
      <w:tblStyleColBandSize w:val="1"/>
      <w:tblBorders>
        <w:top w:val="single" w:sz="8" w:space="0" w:color="4F81BD"/>
        <w:left w:val="single" w:sz="8" w:space="0" w:color="4F81BD"/>
        <w:bottom w:val="single" w:sz="8" w:space="0" w:color="4F81BD"/>
        <w:right w:val="single" w:sz="8" w:space="0" w:color="4F81BD"/>
        <w:insideH w:val="single" w:sz="8" w:space="0" w:color="4F81BD"/>
        <w:insideV w:val="single" w:sz="8" w:space="0" w:color="4F81BD"/>
      </w:tblBorders>
    </w:tblPr>
    <w:tcPr>
      <w:shd w:val="clear" w:color="auto" w:fill="D3DFEE"/>
    </w:tcPr>
    <w:tblStylePr w:type="firstRow">
      <w:rPr>
        <w:b/>
        <w:bCs/>
        <w:color w:val="000000"/>
      </w:rPr>
      <w:tblPr/>
      <w:tcPr>
        <w:shd w:val="clear" w:color="auto" w:fill="EDF2F8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tcBorders>
          <w:insideH w:val="single" w:sz="6" w:space="0" w:color="4F81BD"/>
          <w:insideV w:val="single" w:sz="6" w:space="0" w:color="4F81BD"/>
        </w:tcBorders>
        <w:shd w:val="clear" w:color="auto" w:fill="A7BFDE"/>
      </w:tcPr>
    </w:tblStylePr>
    <w:tblStylePr w:type="nwCell">
      <w:tblPr/>
      <w:tcPr>
        <w:shd w:val="clear" w:color="auto" w:fill="FFFFFF"/>
      </w:tcPr>
    </w:tblStylePr>
  </w:style>
  <w:style w:type="table" w:styleId="93">
    <w:name w:val="Medium Grid 2 Accent 2"/>
    <w:basedOn w:val="a3"/>
    <w:uiPriority w:val="68"/>
    <w:rsid w:val="00CB0664"/>
    <w:rPr>
      <w:rFonts w:ascii="Calibri" w:eastAsia="ＭＳ ゴシック" w:hAnsi="Calibri"/>
      <w:color w:val="000000"/>
    </w:rPr>
    <w:tblPr>
      <w:tblStyleRowBandSize w:val="1"/>
      <w:tblStyleColBandSize w:val="1"/>
      <w:tblBorders>
        <w:top w:val="single" w:sz="8" w:space="0" w:color="C0504D"/>
        <w:left w:val="single" w:sz="8" w:space="0" w:color="C0504D"/>
        <w:bottom w:val="single" w:sz="8" w:space="0" w:color="C0504D"/>
        <w:right w:val="single" w:sz="8" w:space="0" w:color="C0504D"/>
        <w:insideH w:val="single" w:sz="8" w:space="0" w:color="C0504D"/>
        <w:insideV w:val="single" w:sz="8" w:space="0" w:color="C0504D"/>
      </w:tblBorders>
    </w:tblPr>
    <w:tcPr>
      <w:shd w:val="clear" w:color="auto" w:fill="EFD3D2"/>
    </w:tcPr>
    <w:tblStylePr w:type="firstRow">
      <w:rPr>
        <w:b/>
        <w:bCs/>
        <w:color w:val="000000"/>
      </w:rPr>
      <w:tblPr/>
      <w:tcPr>
        <w:shd w:val="clear" w:color="auto" w:fill="F8EDED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tcBorders>
          <w:insideH w:val="single" w:sz="6" w:space="0" w:color="C0504D"/>
          <w:insideV w:val="single" w:sz="6" w:space="0" w:color="C0504D"/>
        </w:tcBorders>
        <w:shd w:val="clear" w:color="auto" w:fill="DFA7A6"/>
      </w:tcPr>
    </w:tblStylePr>
    <w:tblStylePr w:type="nwCell">
      <w:tblPr/>
      <w:tcPr>
        <w:shd w:val="clear" w:color="auto" w:fill="FFFFFF"/>
      </w:tcPr>
    </w:tblStylePr>
  </w:style>
  <w:style w:type="table" w:styleId="94">
    <w:name w:val="Medium Grid 2 Accent 3"/>
    <w:basedOn w:val="a3"/>
    <w:uiPriority w:val="68"/>
    <w:rsid w:val="00CB0664"/>
    <w:rPr>
      <w:rFonts w:ascii="Calibri" w:eastAsia="ＭＳ ゴシック" w:hAnsi="Calibri"/>
      <w:color w:val="000000"/>
    </w:rPr>
    <w:tblPr>
      <w:tblStyleRowBandSize w:val="1"/>
      <w:tblStyleColBandSize w:val="1"/>
      <w:tblBorders>
        <w:top w:val="single" w:sz="8" w:space="0" w:color="9BBB59"/>
        <w:left w:val="single" w:sz="8" w:space="0" w:color="9BBB59"/>
        <w:bottom w:val="single" w:sz="8" w:space="0" w:color="9BBB59"/>
        <w:right w:val="single" w:sz="8" w:space="0" w:color="9BBB59"/>
        <w:insideH w:val="single" w:sz="8" w:space="0" w:color="9BBB59"/>
        <w:insideV w:val="single" w:sz="8" w:space="0" w:color="9BBB59"/>
      </w:tblBorders>
    </w:tblPr>
    <w:tcPr>
      <w:shd w:val="clear" w:color="auto" w:fill="E6EED5"/>
    </w:tcPr>
    <w:tblStylePr w:type="firstRow">
      <w:rPr>
        <w:b/>
        <w:bCs/>
        <w:color w:val="000000"/>
      </w:rPr>
      <w:tblPr/>
      <w:tcPr>
        <w:shd w:val="clear" w:color="auto" w:fill="F5F8EE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tcBorders>
          <w:insideH w:val="single" w:sz="6" w:space="0" w:color="9BBB59"/>
          <w:insideV w:val="single" w:sz="6" w:space="0" w:color="9BBB59"/>
        </w:tcBorders>
        <w:shd w:val="clear" w:color="auto" w:fill="CDDDAC"/>
      </w:tcPr>
    </w:tblStylePr>
    <w:tblStylePr w:type="nwCell">
      <w:tblPr/>
      <w:tcPr>
        <w:shd w:val="clear" w:color="auto" w:fill="FFFFFF"/>
      </w:tcPr>
    </w:tblStylePr>
  </w:style>
  <w:style w:type="table" w:styleId="95">
    <w:name w:val="Medium Grid 2 Accent 4"/>
    <w:basedOn w:val="a3"/>
    <w:uiPriority w:val="68"/>
    <w:rsid w:val="00CB0664"/>
    <w:rPr>
      <w:rFonts w:ascii="Calibri" w:eastAsia="ＭＳ ゴシック" w:hAnsi="Calibri"/>
      <w:color w:val="000000"/>
    </w:rPr>
    <w:tblPr>
      <w:tblStyleRowBandSize w:val="1"/>
      <w:tblStyleColBandSize w:val="1"/>
      <w:tblBorders>
        <w:top w:val="single" w:sz="8" w:space="0" w:color="8064A2"/>
        <w:left w:val="single" w:sz="8" w:space="0" w:color="8064A2"/>
        <w:bottom w:val="single" w:sz="8" w:space="0" w:color="8064A2"/>
        <w:right w:val="single" w:sz="8" w:space="0" w:color="8064A2"/>
        <w:insideH w:val="single" w:sz="8" w:space="0" w:color="8064A2"/>
        <w:insideV w:val="single" w:sz="8" w:space="0" w:color="8064A2"/>
      </w:tblBorders>
    </w:tblPr>
    <w:tcPr>
      <w:shd w:val="clear" w:color="auto" w:fill="DFD8E8"/>
    </w:tcPr>
    <w:tblStylePr w:type="firstRow">
      <w:rPr>
        <w:b/>
        <w:bCs/>
        <w:color w:val="000000"/>
      </w:rPr>
      <w:tblPr/>
      <w:tcPr>
        <w:shd w:val="clear" w:color="auto" w:fill="F2EFF6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tcBorders>
          <w:insideH w:val="single" w:sz="6" w:space="0" w:color="8064A2"/>
          <w:insideV w:val="single" w:sz="6" w:space="0" w:color="8064A2"/>
        </w:tcBorders>
        <w:shd w:val="clear" w:color="auto" w:fill="BFB1D0"/>
      </w:tcPr>
    </w:tblStylePr>
    <w:tblStylePr w:type="nwCell">
      <w:tblPr/>
      <w:tcPr>
        <w:shd w:val="clear" w:color="auto" w:fill="FFFFFF"/>
      </w:tcPr>
    </w:tblStylePr>
  </w:style>
  <w:style w:type="table" w:styleId="96">
    <w:name w:val="Medium Grid 2 Accent 5"/>
    <w:basedOn w:val="a3"/>
    <w:uiPriority w:val="68"/>
    <w:rsid w:val="00CB0664"/>
    <w:rPr>
      <w:rFonts w:ascii="Calibri" w:eastAsia="ＭＳ ゴシック" w:hAnsi="Calibri"/>
      <w:color w:val="000000"/>
    </w:rPr>
    <w:tblPr>
      <w:tblStyleRowBandSize w:val="1"/>
      <w:tblStyleColBandSize w:val="1"/>
      <w:tblBorders>
        <w:top w:val="single" w:sz="8" w:space="0" w:color="4BACC6"/>
        <w:left w:val="single" w:sz="8" w:space="0" w:color="4BACC6"/>
        <w:bottom w:val="single" w:sz="8" w:space="0" w:color="4BACC6"/>
        <w:right w:val="single" w:sz="8" w:space="0" w:color="4BACC6"/>
        <w:insideH w:val="single" w:sz="8" w:space="0" w:color="4BACC6"/>
        <w:insideV w:val="single" w:sz="8" w:space="0" w:color="4BACC6"/>
      </w:tblBorders>
    </w:tblPr>
    <w:tcPr>
      <w:shd w:val="clear" w:color="auto" w:fill="D2EAF1"/>
    </w:tcPr>
    <w:tblStylePr w:type="firstRow">
      <w:rPr>
        <w:b/>
        <w:bCs/>
        <w:color w:val="000000"/>
      </w:rPr>
      <w:tblPr/>
      <w:tcPr>
        <w:shd w:val="clear" w:color="auto" w:fill="EDF6F9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tcBorders>
          <w:insideH w:val="single" w:sz="6" w:space="0" w:color="4BACC6"/>
          <w:insideV w:val="single" w:sz="6" w:space="0" w:color="4BACC6"/>
        </w:tcBorders>
        <w:shd w:val="clear" w:color="auto" w:fill="A5D5E2"/>
      </w:tcPr>
    </w:tblStylePr>
    <w:tblStylePr w:type="nwCell">
      <w:tblPr/>
      <w:tcPr>
        <w:shd w:val="clear" w:color="auto" w:fill="FFFFFF"/>
      </w:tcPr>
    </w:tblStylePr>
  </w:style>
  <w:style w:type="table" w:styleId="97">
    <w:name w:val="Medium Grid 2 Accent 6"/>
    <w:basedOn w:val="a3"/>
    <w:uiPriority w:val="68"/>
    <w:rsid w:val="00CB0664"/>
    <w:rPr>
      <w:rFonts w:ascii="Calibri" w:eastAsia="ＭＳ ゴシック" w:hAnsi="Calibri"/>
      <w:color w:val="000000"/>
    </w:rPr>
    <w:tblPr>
      <w:tblStyleRowBandSize w:val="1"/>
      <w:tblStyleColBandSize w:val="1"/>
      <w:tblBorders>
        <w:top w:val="single" w:sz="8" w:space="0" w:color="F79646"/>
        <w:left w:val="single" w:sz="8" w:space="0" w:color="F79646"/>
        <w:bottom w:val="single" w:sz="8" w:space="0" w:color="F79646"/>
        <w:right w:val="single" w:sz="8" w:space="0" w:color="F79646"/>
        <w:insideH w:val="single" w:sz="8" w:space="0" w:color="F79646"/>
        <w:insideV w:val="single" w:sz="8" w:space="0" w:color="F79646"/>
      </w:tblBorders>
    </w:tblPr>
    <w:tcPr>
      <w:shd w:val="clear" w:color="auto" w:fill="FDE4D0"/>
    </w:tcPr>
    <w:tblStylePr w:type="firstRow">
      <w:rPr>
        <w:b/>
        <w:bCs/>
        <w:color w:val="000000"/>
      </w:rPr>
      <w:tblPr/>
      <w:tcPr>
        <w:shd w:val="clear" w:color="auto" w:fill="FEF4EC"/>
      </w:tcPr>
    </w:tblStylePr>
    <w:tblStylePr w:type="lastRow">
      <w:rPr>
        <w:b/>
        <w:bCs/>
        <w:color w:val="000000"/>
      </w:rPr>
      <w:tblPr/>
      <w:tcPr>
        <w:tcBorders>
          <w:top w:val="single" w:sz="12" w:space="0" w:color="000000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firstCol">
      <w:rPr>
        <w:b/>
        <w:bCs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/>
      </w:tcPr>
    </w:tblStylePr>
    <w:tblStylePr w:type="lastCol">
      <w:rPr>
        <w:b w:val="0"/>
        <w:bCs w:val="0"/>
        <w:color w:val="000000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tcBorders>
          <w:insideH w:val="single" w:sz="6" w:space="0" w:color="F79646"/>
          <w:insideV w:val="single" w:sz="6" w:space="0" w:color="F79646"/>
        </w:tcBorders>
        <w:shd w:val="clear" w:color="auto" w:fill="FBCAA2"/>
      </w:tcPr>
    </w:tblStylePr>
    <w:tblStylePr w:type="nwCell">
      <w:tblPr/>
      <w:tcPr>
        <w:shd w:val="clear" w:color="auto" w:fill="FFFFFF"/>
      </w:tcPr>
    </w:tblStylePr>
  </w:style>
  <w:style w:type="table" w:styleId="100">
    <w:name w:val="Medium Grid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C0C0C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000000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000000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80808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808080"/>
      </w:tcPr>
    </w:tblStylePr>
  </w:style>
  <w:style w:type="table" w:styleId="101">
    <w:name w:val="Medium Grid 3 Accent 1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3DFEE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F81B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F81B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F81B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7BFDE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7BFDE"/>
      </w:tcPr>
    </w:tblStylePr>
  </w:style>
  <w:style w:type="table" w:styleId="102">
    <w:name w:val="Medium Grid 3 Accent 2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FD3D2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C0504D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C0504D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C0504D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DFA7A6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DFA7A6"/>
      </w:tcPr>
    </w:tblStylePr>
  </w:style>
  <w:style w:type="table" w:styleId="103">
    <w:name w:val="Medium Grid 3 Accent 3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E6EED5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9BBB59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9BBB59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9BBB59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CDDDAC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CDDDAC"/>
      </w:tcPr>
    </w:tblStylePr>
  </w:style>
  <w:style w:type="table" w:styleId="104">
    <w:name w:val="Medium Grid 3 Accent 4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FD8E8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8064A2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8064A2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8064A2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BFB1D0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BFB1D0"/>
      </w:tcPr>
    </w:tblStylePr>
  </w:style>
  <w:style w:type="table" w:styleId="105">
    <w:name w:val="Medium Grid 3 Accent 5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D2EAF1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4BACC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4BACC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4BACC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A5D5E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A5D5E2"/>
      </w:tcPr>
    </w:tblStylePr>
  </w:style>
  <w:style w:type="table" w:styleId="106">
    <w:name w:val="Medium Grid 3 Accent 6"/>
    <w:basedOn w:val="a3"/>
    <w:uiPriority w:val="69"/>
    <w:rsid w:val="00CB0664"/>
    <w:tblPr>
      <w:tblStyleRowBandSize w:val="1"/>
      <w:tblStyleColBandSize w:val="1"/>
      <w:tblBorders>
        <w:top w:val="single" w:sz="8" w:space="0" w:color="FFFFFF"/>
        <w:left w:val="single" w:sz="8" w:space="0" w:color="FFFFFF"/>
        <w:bottom w:val="single" w:sz="8" w:space="0" w:color="FFFFFF"/>
        <w:right w:val="single" w:sz="8" w:space="0" w:color="FFFFFF"/>
        <w:insideH w:val="single" w:sz="6" w:space="0" w:color="FFFFFF"/>
        <w:insideV w:val="single" w:sz="6" w:space="0" w:color="FFFFFF"/>
      </w:tblBorders>
    </w:tblPr>
    <w:tcPr>
      <w:shd w:val="clear" w:color="auto" w:fill="FDE4D0"/>
    </w:tcPr>
    <w:tblStylePr w:type="firstRow">
      <w:rPr>
        <w:b/>
        <w:bCs/>
        <w:i w:val="0"/>
        <w:iCs w:val="0"/>
        <w:color w:val="FFFFFF"/>
      </w:rPr>
      <w:tblPr/>
      <w:tcPr>
        <w:tcBorders>
          <w:top w:val="single" w:sz="8" w:space="0" w:color="FFFFFF"/>
          <w:left w:val="single" w:sz="8" w:space="0" w:color="FFFFFF"/>
          <w:bottom w:val="single" w:sz="24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lastRow">
      <w:rPr>
        <w:b/>
        <w:bCs/>
        <w:i w:val="0"/>
        <w:iCs w:val="0"/>
        <w:color w:val="FFFFFF"/>
      </w:rPr>
      <w:tblPr/>
      <w:tcPr>
        <w:tcBorders>
          <w:top w:val="single" w:sz="24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single" w:sz="8" w:space="0" w:color="FFFFFF"/>
        </w:tcBorders>
        <w:shd w:val="clear" w:color="auto" w:fill="F79646"/>
      </w:tcPr>
    </w:tblStylePr>
    <w:tblStylePr w:type="firstCol">
      <w:rPr>
        <w:b/>
        <w:bCs/>
        <w:i w:val="0"/>
        <w:iCs w:val="0"/>
        <w:color w:val="FFFFFF"/>
      </w:rPr>
      <w:tblPr/>
      <w:tcPr>
        <w:tcBorders>
          <w:left w:val="single" w:sz="8" w:space="0" w:color="FFFFFF"/>
          <w:right w:val="single" w:sz="24" w:space="0" w:color="FFFFFF"/>
          <w:insideH w:val="nil"/>
          <w:insideV w:val="nil"/>
        </w:tcBorders>
        <w:shd w:val="clear" w:color="auto" w:fill="F79646"/>
      </w:tcPr>
    </w:tblStylePr>
    <w:tblStylePr w:type="lastCol">
      <w:rPr>
        <w:b/>
        <w:bCs/>
        <w:i w:val="0"/>
        <w:iCs w:val="0"/>
        <w:color w:val="FFFFFF"/>
      </w:rPr>
      <w:tblPr/>
      <w:tcPr>
        <w:tcBorders>
          <w:top w:val="nil"/>
          <w:left w:val="single" w:sz="24" w:space="0" w:color="FFFFFF"/>
          <w:bottom w:val="nil"/>
          <w:right w:val="nil"/>
          <w:insideH w:val="nil"/>
          <w:insideV w:val="nil"/>
        </w:tcBorders>
        <w:shd w:val="clear" w:color="auto" w:fill="F79646"/>
      </w:tcPr>
    </w:tblStylePr>
    <w:tblStylePr w:type="band1Vert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nil"/>
          <w:insideV w:val="nil"/>
        </w:tcBorders>
        <w:shd w:val="clear" w:color="auto" w:fill="FBCAA2"/>
      </w:tcPr>
    </w:tblStylePr>
    <w:tblStylePr w:type="band1Horz">
      <w:tblPr/>
      <w:tcPr>
        <w:tcBorders>
          <w:top w:val="single" w:sz="8" w:space="0" w:color="FFFFFF"/>
          <w:left w:val="single" w:sz="8" w:space="0" w:color="FFFFFF"/>
          <w:bottom w:val="single" w:sz="8" w:space="0" w:color="FFFFFF"/>
          <w:right w:val="single" w:sz="8" w:space="0" w:color="FFFFFF"/>
          <w:insideH w:val="single" w:sz="8" w:space="0" w:color="FFFFFF"/>
          <w:insideV w:val="single" w:sz="8" w:space="0" w:color="FFFFFF"/>
        </w:tcBorders>
        <w:shd w:val="clear" w:color="auto" w:fill="FBCAA2"/>
      </w:tcPr>
    </w:tblStylePr>
  </w:style>
  <w:style w:type="table" w:styleId="110">
    <w:name w:val="Dark List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000000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000000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</w:style>
  <w:style w:type="table" w:styleId="111">
    <w:name w:val="Dark List Accent 1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F81B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43F60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65F91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/>
      </w:tcPr>
    </w:tblStylePr>
  </w:style>
  <w:style w:type="table" w:styleId="112">
    <w:name w:val="Dark List Accent 2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C0504D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622423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943634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/>
      </w:tcPr>
    </w:tblStylePr>
  </w:style>
  <w:style w:type="table" w:styleId="113">
    <w:name w:val="Dark List Accent 3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9BBB59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4E6128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76923C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/>
      </w:tcPr>
    </w:tblStylePr>
  </w:style>
  <w:style w:type="table" w:styleId="114">
    <w:name w:val="Dark List Accent 4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8064A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3F3151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5F497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/>
      </w:tcPr>
    </w:tblStylePr>
  </w:style>
  <w:style w:type="table" w:styleId="115">
    <w:name w:val="Dark List Accent 5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4BACC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205867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31849B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/>
      </w:tcPr>
    </w:tblStylePr>
  </w:style>
  <w:style w:type="table" w:styleId="116">
    <w:name w:val="Dark List Accent 6"/>
    <w:basedOn w:val="a3"/>
    <w:uiPriority w:val="70"/>
    <w:rsid w:val="00CB0664"/>
    <w:rPr>
      <w:color w:val="FFFFFF"/>
    </w:rPr>
    <w:tblPr>
      <w:tblStyleRowBandSize w:val="1"/>
      <w:tblStyleColBandSize w:val="1"/>
    </w:tblPr>
    <w:tcPr>
      <w:shd w:val="clear" w:color="auto" w:fill="F7964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/>
          <w:right w:val="nil"/>
          <w:insideH w:val="nil"/>
          <w:insideV w:val="nil"/>
        </w:tcBorders>
        <w:shd w:val="clear" w:color="auto" w:fill="000000"/>
      </w:tcPr>
    </w:tblStylePr>
    <w:tblStylePr w:type="lastRow">
      <w:tblPr/>
      <w:tcPr>
        <w:tcBorders>
          <w:top w:val="single" w:sz="18" w:space="0" w:color="FFFFFF"/>
          <w:left w:val="nil"/>
          <w:bottom w:val="nil"/>
          <w:right w:val="nil"/>
          <w:insideH w:val="nil"/>
          <w:insideV w:val="nil"/>
        </w:tcBorders>
        <w:shd w:val="clear" w:color="auto" w:fill="974706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/>
          <w:insideH w:val="nil"/>
          <w:insideV w:val="nil"/>
        </w:tcBorders>
        <w:shd w:val="clear" w:color="auto" w:fill="E36C0A"/>
      </w:tcPr>
    </w:tblStylePr>
    <w:tblStylePr w:type="lastCol">
      <w:tblPr/>
      <w:tcPr>
        <w:tcBorders>
          <w:top w:val="nil"/>
          <w:left w:val="single" w:sz="18" w:space="0" w:color="FFFFFF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/>
      </w:tcPr>
    </w:tblStylePr>
  </w:style>
  <w:style w:type="table" w:styleId="120">
    <w:name w:val="Colorful Shading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FFFFFF"/>
        <w:insideV w:val="single" w:sz="4" w:space="0" w:color="FFFFFF"/>
      </w:tblBorders>
    </w:tblPr>
    <w:tcPr>
      <w:shd w:val="clear" w:color="auto" w:fill="E6E6E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00000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000000"/>
          <w:insideV w:val="nil"/>
        </w:tcBorders>
        <w:shd w:val="clear" w:color="auto" w:fill="00000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/>
      </w:tcPr>
    </w:tblStylePr>
    <w:tblStylePr w:type="band1Vert">
      <w:tblPr/>
      <w:tcPr>
        <w:shd w:val="clear" w:color="auto" w:fill="999999"/>
      </w:tcPr>
    </w:tblStylePr>
    <w:tblStylePr w:type="band1Horz">
      <w:tblPr/>
      <w:tcPr>
        <w:shd w:val="clear" w:color="auto" w:fill="80808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1">
    <w:name w:val="Colorful Shading Accent 1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4F81BD"/>
        <w:bottom w:val="single" w:sz="4" w:space="0" w:color="4F81BD"/>
        <w:right w:val="single" w:sz="4" w:space="0" w:color="4F81BD"/>
        <w:insideH w:val="single" w:sz="4" w:space="0" w:color="FFFFFF"/>
        <w:insideV w:val="single" w:sz="4" w:space="0" w:color="FFFFFF"/>
      </w:tblBorders>
    </w:tblPr>
    <w:tcPr>
      <w:shd w:val="clear" w:color="auto" w:fill="EDF2F8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C4C74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C4C74"/>
          <w:insideV w:val="nil"/>
        </w:tcBorders>
        <w:shd w:val="clear" w:color="auto" w:fill="2C4C74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/>
      </w:tcPr>
    </w:tblStylePr>
    <w:tblStylePr w:type="band1Vert">
      <w:tblPr/>
      <w:tcPr>
        <w:shd w:val="clear" w:color="auto" w:fill="B8CCE4"/>
      </w:tcPr>
    </w:tblStylePr>
    <w:tblStylePr w:type="band1Horz">
      <w:tblPr/>
      <w:tcPr>
        <w:shd w:val="clear" w:color="auto" w:fill="A7BFDE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2">
    <w:name w:val="Colorful Shading Accent 2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C0504D"/>
        <w:left w:val="single" w:sz="4" w:space="0" w:color="C0504D"/>
        <w:bottom w:val="single" w:sz="4" w:space="0" w:color="C0504D"/>
        <w:right w:val="single" w:sz="4" w:space="0" w:color="C0504D"/>
        <w:insideH w:val="single" w:sz="4" w:space="0" w:color="FFFFFF"/>
        <w:insideV w:val="single" w:sz="4" w:space="0" w:color="FFFFFF"/>
      </w:tblBorders>
    </w:tblPr>
    <w:tcPr>
      <w:shd w:val="clear" w:color="auto" w:fill="F8EDED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772C2A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772C2A"/>
          <w:insideV w:val="nil"/>
        </w:tcBorders>
        <w:shd w:val="clear" w:color="auto" w:fill="772C2A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/>
      </w:tcPr>
    </w:tblStylePr>
    <w:tblStylePr w:type="band1Vert">
      <w:tblPr/>
      <w:tcPr>
        <w:shd w:val="clear" w:color="auto" w:fill="E5B8B7"/>
      </w:tcPr>
    </w:tblStylePr>
    <w:tblStylePr w:type="band1Horz">
      <w:tblPr/>
      <w:tcPr>
        <w:shd w:val="clear" w:color="auto" w:fill="DFA7A6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3">
    <w:name w:val="Colorful Shading Accent 3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8064A2"/>
        <w:left w:val="single" w:sz="4" w:space="0" w:color="9BBB59"/>
        <w:bottom w:val="single" w:sz="4" w:space="0" w:color="9BBB59"/>
        <w:right w:val="single" w:sz="4" w:space="0" w:color="9BBB59"/>
        <w:insideH w:val="single" w:sz="4" w:space="0" w:color="FFFFFF"/>
        <w:insideV w:val="single" w:sz="4" w:space="0" w:color="FFFFFF"/>
      </w:tblBorders>
    </w:tblPr>
    <w:tcPr>
      <w:shd w:val="clear" w:color="auto" w:fill="F5F8EE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5E7530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5E7530"/>
          <w:insideV w:val="nil"/>
        </w:tcBorders>
        <w:shd w:val="clear" w:color="auto" w:fill="5E7530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/>
      </w:tcPr>
    </w:tblStylePr>
    <w:tblStylePr w:type="band1Vert">
      <w:tblPr/>
      <w:tcPr>
        <w:shd w:val="clear" w:color="auto" w:fill="D6E3BC"/>
      </w:tcPr>
    </w:tblStylePr>
    <w:tblStylePr w:type="band1Horz">
      <w:tblPr/>
      <w:tcPr>
        <w:shd w:val="clear" w:color="auto" w:fill="CDDDAC"/>
      </w:tcPr>
    </w:tblStylePr>
  </w:style>
  <w:style w:type="table" w:styleId="124">
    <w:name w:val="Colorful Shading Accent 4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9BBB59"/>
        <w:left w:val="single" w:sz="4" w:space="0" w:color="8064A2"/>
        <w:bottom w:val="single" w:sz="4" w:space="0" w:color="8064A2"/>
        <w:right w:val="single" w:sz="4" w:space="0" w:color="8064A2"/>
        <w:insideH w:val="single" w:sz="4" w:space="0" w:color="FFFFFF"/>
        <w:insideV w:val="single" w:sz="4" w:space="0" w:color="FFFFFF"/>
      </w:tblBorders>
    </w:tblPr>
    <w:tcPr>
      <w:shd w:val="clear" w:color="auto" w:fill="F2EFF6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4C3B62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4C3B62"/>
          <w:insideV w:val="nil"/>
        </w:tcBorders>
        <w:shd w:val="clear" w:color="auto" w:fill="4C3B62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/>
      </w:tcPr>
    </w:tblStylePr>
    <w:tblStylePr w:type="band1Vert">
      <w:tblPr/>
      <w:tcPr>
        <w:shd w:val="clear" w:color="auto" w:fill="CCC0D9"/>
      </w:tcPr>
    </w:tblStylePr>
    <w:tblStylePr w:type="band1Horz">
      <w:tblPr/>
      <w:tcPr>
        <w:shd w:val="clear" w:color="auto" w:fill="BFB1D0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5">
    <w:name w:val="Colorful Shading Accent 5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F79646"/>
        <w:left w:val="single" w:sz="4" w:space="0" w:color="4BACC6"/>
        <w:bottom w:val="single" w:sz="4" w:space="0" w:color="4BACC6"/>
        <w:right w:val="single" w:sz="4" w:space="0" w:color="4BACC6"/>
        <w:insideH w:val="single" w:sz="4" w:space="0" w:color="FFFFFF"/>
        <w:insideV w:val="single" w:sz="4" w:space="0" w:color="FFFFFF"/>
      </w:tblBorders>
    </w:tblPr>
    <w:tcPr>
      <w:shd w:val="clear" w:color="auto" w:fill="EDF6F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276A7C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276A7C"/>
          <w:insideV w:val="nil"/>
        </w:tcBorders>
        <w:shd w:val="clear" w:color="auto" w:fill="276A7C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/>
      </w:tcPr>
    </w:tblStylePr>
    <w:tblStylePr w:type="band1Vert">
      <w:tblPr/>
      <w:tcPr>
        <w:shd w:val="clear" w:color="auto" w:fill="B6DDE8"/>
      </w:tcPr>
    </w:tblStylePr>
    <w:tblStylePr w:type="band1Horz">
      <w:tblPr/>
      <w:tcPr>
        <w:shd w:val="clear" w:color="auto" w:fill="A5D5E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26">
    <w:name w:val="Colorful Shading Accent 6"/>
    <w:basedOn w:val="a3"/>
    <w:uiPriority w:val="71"/>
    <w:rsid w:val="00CB0664"/>
    <w:rPr>
      <w:color w:val="000000"/>
    </w:rPr>
    <w:tblPr>
      <w:tblStyleRowBandSize w:val="1"/>
      <w:tblStyleColBandSize w:val="1"/>
      <w:tblBorders>
        <w:top w:val="single" w:sz="24" w:space="0" w:color="4BACC6"/>
        <w:left w:val="single" w:sz="4" w:space="0" w:color="F79646"/>
        <w:bottom w:val="single" w:sz="4" w:space="0" w:color="F79646"/>
        <w:right w:val="single" w:sz="4" w:space="0" w:color="F79646"/>
        <w:insideH w:val="single" w:sz="4" w:space="0" w:color="FFFFFF"/>
        <w:insideV w:val="single" w:sz="4" w:space="0" w:color="FFFFFF"/>
      </w:tblBorders>
    </w:tblPr>
    <w:tcPr>
      <w:shd w:val="clear" w:color="auto" w:fill="FEF4EC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/>
          <w:right w:val="nil"/>
          <w:insideH w:val="nil"/>
          <w:insideV w:val="nil"/>
        </w:tcBorders>
        <w:shd w:val="clear" w:color="auto" w:fill="FFFFFF"/>
      </w:tcPr>
    </w:tblStylePr>
    <w:tblStylePr w:type="lastRow">
      <w:rPr>
        <w:b/>
        <w:bCs/>
        <w:color w:val="FFFFFF"/>
      </w:rPr>
      <w:tblPr/>
      <w:tcPr>
        <w:tcBorders>
          <w:top w:val="single" w:sz="6" w:space="0" w:color="FFFFFF"/>
        </w:tcBorders>
        <w:shd w:val="clear" w:color="auto" w:fill="B65608"/>
      </w:tcPr>
    </w:tblStylePr>
    <w:tblStylePr w:type="fir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single" w:sz="4" w:space="0" w:color="B65608"/>
          <w:insideV w:val="nil"/>
        </w:tcBorders>
        <w:shd w:val="clear" w:color="auto" w:fill="B65608"/>
      </w:tcPr>
    </w:tblStylePr>
    <w:tblStylePr w:type="lastCol">
      <w:rPr>
        <w:color w:val="FFFFFF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/>
      </w:tcPr>
    </w:tblStylePr>
    <w:tblStylePr w:type="band1Vert">
      <w:tblPr/>
      <w:tcPr>
        <w:shd w:val="clear" w:color="auto" w:fill="FBD4B4"/>
      </w:tcPr>
    </w:tblStylePr>
    <w:tblStylePr w:type="band1Horz">
      <w:tblPr/>
      <w:tcPr>
        <w:shd w:val="clear" w:color="auto" w:fill="FBCAA2"/>
      </w:tcPr>
    </w:tblStylePr>
    <w:tblStylePr w:type="neCell">
      <w:rPr>
        <w:color w:val="000000"/>
      </w:rPr>
    </w:tblStylePr>
    <w:tblStylePr w:type="nwCell">
      <w:rPr>
        <w:color w:val="000000"/>
      </w:rPr>
    </w:tblStylePr>
  </w:style>
  <w:style w:type="table" w:styleId="130">
    <w:name w:val="Colorful List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6E6E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/>
      </w:tcPr>
    </w:tblStylePr>
    <w:tblStylePr w:type="band1Horz">
      <w:tblPr/>
      <w:tcPr>
        <w:shd w:val="clear" w:color="auto" w:fill="CCCCCC"/>
      </w:tcPr>
    </w:tblStylePr>
  </w:style>
  <w:style w:type="table" w:styleId="131">
    <w:name w:val="Colorful List Accent 1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2F8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/>
      </w:tcPr>
    </w:tblStylePr>
    <w:tblStylePr w:type="band1Horz">
      <w:tblPr/>
      <w:tcPr>
        <w:shd w:val="clear" w:color="auto" w:fill="DBE5F1"/>
      </w:tcPr>
    </w:tblStylePr>
  </w:style>
  <w:style w:type="table" w:styleId="132">
    <w:name w:val="Colorful List Accent 2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8EDED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9E3A38"/>
      </w:tcPr>
    </w:tblStylePr>
    <w:tblStylePr w:type="lastRow">
      <w:rPr>
        <w:b/>
        <w:bCs/>
        <w:color w:val="9E3A38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/>
      </w:tcPr>
    </w:tblStylePr>
    <w:tblStylePr w:type="band1Horz">
      <w:tblPr/>
      <w:tcPr>
        <w:shd w:val="clear" w:color="auto" w:fill="F2DBDB"/>
      </w:tcPr>
    </w:tblStylePr>
  </w:style>
  <w:style w:type="table" w:styleId="133">
    <w:name w:val="Colorful List Accent 3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5F8EE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664E82"/>
      </w:tcPr>
    </w:tblStylePr>
    <w:tblStylePr w:type="lastRow">
      <w:rPr>
        <w:b/>
        <w:bCs/>
        <w:color w:val="664E82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/>
      </w:tcPr>
    </w:tblStylePr>
    <w:tblStylePr w:type="band1Horz">
      <w:tblPr/>
      <w:tcPr>
        <w:shd w:val="clear" w:color="auto" w:fill="EAF1DD"/>
      </w:tcPr>
    </w:tblStylePr>
  </w:style>
  <w:style w:type="table" w:styleId="134">
    <w:name w:val="Colorful List Accent 4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2EFF6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7E9C40"/>
      </w:tcPr>
    </w:tblStylePr>
    <w:tblStylePr w:type="lastRow">
      <w:rPr>
        <w:b/>
        <w:bCs/>
        <w:color w:val="7E9C40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/>
      </w:tcPr>
    </w:tblStylePr>
    <w:tblStylePr w:type="band1Horz">
      <w:tblPr/>
      <w:tcPr>
        <w:shd w:val="clear" w:color="auto" w:fill="E5DFEC"/>
      </w:tcPr>
    </w:tblStylePr>
  </w:style>
  <w:style w:type="table" w:styleId="135">
    <w:name w:val="Colorful List Accent 5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EDF6F9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F2730A"/>
      </w:tcPr>
    </w:tblStylePr>
    <w:tblStylePr w:type="lastRow">
      <w:rPr>
        <w:b/>
        <w:bCs/>
        <w:color w:val="F2730A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/>
      </w:tcPr>
    </w:tblStylePr>
    <w:tblStylePr w:type="band1Horz">
      <w:tblPr/>
      <w:tcPr>
        <w:shd w:val="clear" w:color="auto" w:fill="DAEEF3"/>
      </w:tcPr>
    </w:tblStylePr>
  </w:style>
  <w:style w:type="table" w:styleId="136">
    <w:name w:val="Colorful List Accent 6"/>
    <w:basedOn w:val="a3"/>
    <w:uiPriority w:val="72"/>
    <w:rsid w:val="00CB0664"/>
    <w:rPr>
      <w:color w:val="000000"/>
    </w:rPr>
    <w:tblPr>
      <w:tblStyleRowBandSize w:val="1"/>
      <w:tblStyleColBandSize w:val="1"/>
    </w:tblPr>
    <w:tcPr>
      <w:shd w:val="clear" w:color="auto" w:fill="FEF4EC"/>
    </w:tcPr>
    <w:tblStylePr w:type="firstRow">
      <w:rPr>
        <w:b/>
        <w:bCs/>
        <w:color w:val="FFFFFF"/>
      </w:rPr>
      <w:tblPr/>
      <w:tcPr>
        <w:tcBorders>
          <w:bottom w:val="single" w:sz="12" w:space="0" w:color="FFFFFF"/>
        </w:tcBorders>
        <w:shd w:val="clear" w:color="auto" w:fill="348DA5"/>
      </w:tcPr>
    </w:tblStylePr>
    <w:tblStylePr w:type="lastRow">
      <w:rPr>
        <w:b/>
        <w:bCs/>
        <w:color w:val="348DA5"/>
      </w:rPr>
      <w:tblPr/>
      <w:tcPr>
        <w:tcBorders>
          <w:top w:val="single" w:sz="12" w:space="0" w:color="000000"/>
        </w:tcBorders>
        <w:shd w:val="clear" w:color="auto" w:fill="FFFFFF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/>
      </w:tcPr>
    </w:tblStylePr>
    <w:tblStylePr w:type="band1Horz">
      <w:tblPr/>
      <w:tcPr>
        <w:shd w:val="clear" w:color="auto" w:fill="FDE9D9"/>
      </w:tcPr>
    </w:tblStylePr>
  </w:style>
  <w:style w:type="table" w:styleId="140">
    <w:name w:val="Colorful Grid"/>
    <w:basedOn w:val="a3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CCCCCC"/>
    </w:tcPr>
    <w:tblStylePr w:type="firstRow">
      <w:rPr>
        <w:b/>
        <w:bCs/>
      </w:rPr>
      <w:tblPr/>
      <w:tcPr>
        <w:shd w:val="clear" w:color="auto" w:fill="999999"/>
      </w:tcPr>
    </w:tblStylePr>
    <w:tblStylePr w:type="lastRow">
      <w:rPr>
        <w:b/>
        <w:bCs/>
        <w:color w:val="000000"/>
      </w:rPr>
      <w:tblPr/>
      <w:tcPr>
        <w:shd w:val="clear" w:color="auto" w:fill="999999"/>
      </w:tcPr>
    </w:tblStylePr>
    <w:tblStylePr w:type="firstCol">
      <w:rPr>
        <w:color w:val="FFFFFF"/>
      </w:rPr>
      <w:tblPr/>
      <w:tcPr>
        <w:shd w:val="clear" w:color="auto" w:fill="000000"/>
      </w:tcPr>
    </w:tblStylePr>
    <w:tblStylePr w:type="lastCol">
      <w:rPr>
        <w:color w:val="FFFFFF"/>
      </w:rPr>
      <w:tblPr/>
      <w:tcPr>
        <w:shd w:val="clear" w:color="auto" w:fill="000000"/>
      </w:tcPr>
    </w:tblStylePr>
    <w:tblStylePr w:type="band1Vert">
      <w:tblPr/>
      <w:tcPr>
        <w:shd w:val="clear" w:color="auto" w:fill="808080"/>
      </w:tcPr>
    </w:tblStylePr>
    <w:tblStylePr w:type="band1Horz">
      <w:tblPr/>
      <w:tcPr>
        <w:shd w:val="clear" w:color="auto" w:fill="808080"/>
      </w:tcPr>
    </w:tblStylePr>
  </w:style>
  <w:style w:type="table" w:styleId="141">
    <w:name w:val="Colorful Grid Accent 1"/>
    <w:basedOn w:val="a3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BE5F1"/>
    </w:tcPr>
    <w:tblStylePr w:type="firstRow">
      <w:rPr>
        <w:b/>
        <w:bCs/>
      </w:rPr>
      <w:tblPr/>
      <w:tcPr>
        <w:shd w:val="clear" w:color="auto" w:fill="B8CCE4"/>
      </w:tcPr>
    </w:tblStylePr>
    <w:tblStylePr w:type="lastRow">
      <w:rPr>
        <w:b/>
        <w:bCs/>
        <w:color w:val="000000"/>
      </w:rPr>
      <w:tblPr/>
      <w:tcPr>
        <w:shd w:val="clear" w:color="auto" w:fill="B8CCE4"/>
      </w:tcPr>
    </w:tblStylePr>
    <w:tblStylePr w:type="firstCol">
      <w:rPr>
        <w:color w:val="FFFFFF"/>
      </w:rPr>
      <w:tblPr/>
      <w:tcPr>
        <w:shd w:val="clear" w:color="auto" w:fill="365F91"/>
      </w:tcPr>
    </w:tblStylePr>
    <w:tblStylePr w:type="lastCol">
      <w:rPr>
        <w:color w:val="FFFFFF"/>
      </w:rPr>
      <w:tblPr/>
      <w:tcPr>
        <w:shd w:val="clear" w:color="auto" w:fill="365F91"/>
      </w:tcPr>
    </w:tblStylePr>
    <w:tblStylePr w:type="band1Vert">
      <w:tblPr/>
      <w:tcPr>
        <w:shd w:val="clear" w:color="auto" w:fill="A7BFDE"/>
      </w:tcPr>
    </w:tblStylePr>
    <w:tblStylePr w:type="band1Horz">
      <w:tblPr/>
      <w:tcPr>
        <w:shd w:val="clear" w:color="auto" w:fill="A7BFDE"/>
      </w:tcPr>
    </w:tblStylePr>
  </w:style>
  <w:style w:type="table" w:styleId="142">
    <w:name w:val="Colorful Grid Accent 2"/>
    <w:basedOn w:val="a3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2DBDB"/>
    </w:tcPr>
    <w:tblStylePr w:type="firstRow">
      <w:rPr>
        <w:b/>
        <w:bCs/>
      </w:rPr>
      <w:tblPr/>
      <w:tcPr>
        <w:shd w:val="clear" w:color="auto" w:fill="E5B8B7"/>
      </w:tcPr>
    </w:tblStylePr>
    <w:tblStylePr w:type="lastRow">
      <w:rPr>
        <w:b/>
        <w:bCs/>
        <w:color w:val="000000"/>
      </w:rPr>
      <w:tblPr/>
      <w:tcPr>
        <w:shd w:val="clear" w:color="auto" w:fill="E5B8B7"/>
      </w:tcPr>
    </w:tblStylePr>
    <w:tblStylePr w:type="firstCol">
      <w:rPr>
        <w:color w:val="FFFFFF"/>
      </w:rPr>
      <w:tblPr/>
      <w:tcPr>
        <w:shd w:val="clear" w:color="auto" w:fill="943634"/>
      </w:tcPr>
    </w:tblStylePr>
    <w:tblStylePr w:type="lastCol">
      <w:rPr>
        <w:color w:val="FFFFFF"/>
      </w:rPr>
      <w:tblPr/>
      <w:tcPr>
        <w:shd w:val="clear" w:color="auto" w:fill="943634"/>
      </w:tcPr>
    </w:tblStylePr>
    <w:tblStylePr w:type="band1Vert">
      <w:tblPr/>
      <w:tcPr>
        <w:shd w:val="clear" w:color="auto" w:fill="DFA7A6"/>
      </w:tcPr>
    </w:tblStylePr>
    <w:tblStylePr w:type="band1Horz">
      <w:tblPr/>
      <w:tcPr>
        <w:shd w:val="clear" w:color="auto" w:fill="DFA7A6"/>
      </w:tcPr>
    </w:tblStylePr>
  </w:style>
  <w:style w:type="table" w:styleId="143">
    <w:name w:val="Colorful Grid Accent 3"/>
    <w:basedOn w:val="a3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AF1DD"/>
    </w:tcPr>
    <w:tblStylePr w:type="firstRow">
      <w:rPr>
        <w:b/>
        <w:bCs/>
      </w:rPr>
      <w:tblPr/>
      <w:tcPr>
        <w:shd w:val="clear" w:color="auto" w:fill="D6E3BC"/>
      </w:tcPr>
    </w:tblStylePr>
    <w:tblStylePr w:type="lastRow">
      <w:rPr>
        <w:b/>
        <w:bCs/>
        <w:color w:val="000000"/>
      </w:rPr>
      <w:tblPr/>
      <w:tcPr>
        <w:shd w:val="clear" w:color="auto" w:fill="D6E3BC"/>
      </w:tcPr>
    </w:tblStylePr>
    <w:tblStylePr w:type="firstCol">
      <w:rPr>
        <w:color w:val="FFFFFF"/>
      </w:rPr>
      <w:tblPr/>
      <w:tcPr>
        <w:shd w:val="clear" w:color="auto" w:fill="76923C"/>
      </w:tcPr>
    </w:tblStylePr>
    <w:tblStylePr w:type="lastCol">
      <w:rPr>
        <w:color w:val="FFFFFF"/>
      </w:rPr>
      <w:tblPr/>
      <w:tcPr>
        <w:shd w:val="clear" w:color="auto" w:fill="76923C"/>
      </w:tcPr>
    </w:tblStylePr>
    <w:tblStylePr w:type="band1Vert">
      <w:tblPr/>
      <w:tcPr>
        <w:shd w:val="clear" w:color="auto" w:fill="CDDDAC"/>
      </w:tcPr>
    </w:tblStylePr>
    <w:tblStylePr w:type="band1Horz">
      <w:tblPr/>
      <w:tcPr>
        <w:shd w:val="clear" w:color="auto" w:fill="CDDDAC"/>
      </w:tcPr>
    </w:tblStylePr>
  </w:style>
  <w:style w:type="table" w:styleId="144">
    <w:name w:val="Colorful Grid Accent 4"/>
    <w:basedOn w:val="a3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E5DFEC"/>
    </w:tcPr>
    <w:tblStylePr w:type="firstRow">
      <w:rPr>
        <w:b/>
        <w:bCs/>
      </w:rPr>
      <w:tblPr/>
      <w:tcPr>
        <w:shd w:val="clear" w:color="auto" w:fill="CCC0D9"/>
      </w:tcPr>
    </w:tblStylePr>
    <w:tblStylePr w:type="lastRow">
      <w:rPr>
        <w:b/>
        <w:bCs/>
        <w:color w:val="000000"/>
      </w:rPr>
      <w:tblPr/>
      <w:tcPr>
        <w:shd w:val="clear" w:color="auto" w:fill="CCC0D9"/>
      </w:tcPr>
    </w:tblStylePr>
    <w:tblStylePr w:type="firstCol">
      <w:rPr>
        <w:color w:val="FFFFFF"/>
      </w:rPr>
      <w:tblPr/>
      <w:tcPr>
        <w:shd w:val="clear" w:color="auto" w:fill="5F497A"/>
      </w:tcPr>
    </w:tblStylePr>
    <w:tblStylePr w:type="lastCol">
      <w:rPr>
        <w:color w:val="FFFFFF"/>
      </w:rPr>
      <w:tblPr/>
      <w:tcPr>
        <w:shd w:val="clear" w:color="auto" w:fill="5F497A"/>
      </w:tcPr>
    </w:tblStylePr>
    <w:tblStylePr w:type="band1Vert">
      <w:tblPr/>
      <w:tcPr>
        <w:shd w:val="clear" w:color="auto" w:fill="BFB1D0"/>
      </w:tcPr>
    </w:tblStylePr>
    <w:tblStylePr w:type="band1Horz">
      <w:tblPr/>
      <w:tcPr>
        <w:shd w:val="clear" w:color="auto" w:fill="BFB1D0"/>
      </w:tcPr>
    </w:tblStylePr>
  </w:style>
  <w:style w:type="table" w:styleId="145">
    <w:name w:val="Colorful Grid Accent 5"/>
    <w:basedOn w:val="a3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DAEEF3"/>
    </w:tcPr>
    <w:tblStylePr w:type="firstRow">
      <w:rPr>
        <w:b/>
        <w:bCs/>
      </w:rPr>
      <w:tblPr/>
      <w:tcPr>
        <w:shd w:val="clear" w:color="auto" w:fill="B6DDE8"/>
      </w:tcPr>
    </w:tblStylePr>
    <w:tblStylePr w:type="lastRow">
      <w:rPr>
        <w:b/>
        <w:bCs/>
        <w:color w:val="000000"/>
      </w:rPr>
      <w:tblPr/>
      <w:tcPr>
        <w:shd w:val="clear" w:color="auto" w:fill="B6DDE8"/>
      </w:tcPr>
    </w:tblStylePr>
    <w:tblStylePr w:type="firstCol">
      <w:rPr>
        <w:color w:val="FFFFFF"/>
      </w:rPr>
      <w:tblPr/>
      <w:tcPr>
        <w:shd w:val="clear" w:color="auto" w:fill="31849B"/>
      </w:tcPr>
    </w:tblStylePr>
    <w:tblStylePr w:type="lastCol">
      <w:rPr>
        <w:color w:val="FFFFFF"/>
      </w:rPr>
      <w:tblPr/>
      <w:tcPr>
        <w:shd w:val="clear" w:color="auto" w:fill="31849B"/>
      </w:tcPr>
    </w:tblStylePr>
    <w:tblStylePr w:type="band1Vert">
      <w:tblPr/>
      <w:tcPr>
        <w:shd w:val="clear" w:color="auto" w:fill="A5D5E2"/>
      </w:tcPr>
    </w:tblStylePr>
    <w:tblStylePr w:type="band1Horz">
      <w:tblPr/>
      <w:tcPr>
        <w:shd w:val="clear" w:color="auto" w:fill="A5D5E2"/>
      </w:tcPr>
    </w:tblStylePr>
  </w:style>
  <w:style w:type="table" w:styleId="146">
    <w:name w:val="Colorful Grid Accent 6"/>
    <w:basedOn w:val="a3"/>
    <w:uiPriority w:val="73"/>
    <w:rsid w:val="00CB0664"/>
    <w:rPr>
      <w:color w:val="000000"/>
    </w:rPr>
    <w:tblPr>
      <w:tblStyleRowBandSize w:val="1"/>
      <w:tblStyleColBandSize w:val="1"/>
      <w:tblBorders>
        <w:insideH w:val="single" w:sz="4" w:space="0" w:color="FFFFFF"/>
      </w:tblBorders>
    </w:tblPr>
    <w:tcPr>
      <w:shd w:val="clear" w:color="auto" w:fill="FDE9D9"/>
    </w:tcPr>
    <w:tblStylePr w:type="firstRow">
      <w:rPr>
        <w:b/>
        <w:bCs/>
      </w:rPr>
      <w:tblPr/>
      <w:tcPr>
        <w:shd w:val="clear" w:color="auto" w:fill="FBD4B4"/>
      </w:tcPr>
    </w:tblStylePr>
    <w:tblStylePr w:type="lastRow">
      <w:rPr>
        <w:b/>
        <w:bCs/>
        <w:color w:val="000000"/>
      </w:rPr>
      <w:tblPr/>
      <w:tcPr>
        <w:shd w:val="clear" w:color="auto" w:fill="FBD4B4"/>
      </w:tcPr>
    </w:tblStylePr>
    <w:tblStylePr w:type="firstCol">
      <w:rPr>
        <w:color w:val="FFFFFF"/>
      </w:rPr>
      <w:tblPr/>
      <w:tcPr>
        <w:shd w:val="clear" w:color="auto" w:fill="E36C0A"/>
      </w:tcPr>
    </w:tblStylePr>
    <w:tblStylePr w:type="lastCol">
      <w:rPr>
        <w:color w:val="FFFFFF"/>
      </w:rPr>
      <w:tblPr/>
      <w:tcPr>
        <w:shd w:val="clear" w:color="auto" w:fill="E36C0A"/>
      </w:tcPr>
    </w:tblStylePr>
    <w:tblStylePr w:type="band1Vert">
      <w:tblPr/>
      <w:tcPr>
        <w:shd w:val="clear" w:color="auto" w:fill="FBCAA2"/>
      </w:tcPr>
    </w:tblStylePr>
    <w:tblStylePr w:type="band1Horz">
      <w:tblPr/>
      <w:tcPr>
        <w:shd w:val="clear" w:color="auto" w:fill="FBCAA2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dtfl="http://schemas.microsoft.com/office/word/2024/wordml/sdtformatlock" xmlns:w16se="http://schemas.microsoft.com/office/word/2015/wordml/symex" xmlns:w16du="http://schemas.microsoft.com/office/word/2023/wordml/word16du" mc:Ignorable="w14 w15 w16se w16cid w16 w16cex w16sdtdh w16sdtfl w16du"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3</TotalTime>
  <Pages>1</Pages>
  <Words>40</Words>
  <Characters>231</Characters>
  <Application>Microsoft Office Word</Application>
  <DocSecurity>0</DocSecurity>
  <Lines>1</Lines>
  <Paragraphs>1</Paragraphs>
  <ScaleCrop>false</ScaleCrop>
  <HeadingPairs>
    <vt:vector size="4" baseType="variant">
      <vt:variant>
        <vt:lpstr>タイトル</vt:lpstr>
      </vt:variant>
      <vt:variant>
        <vt:i4>1</vt:i4>
      </vt:variant>
      <vt:variant>
        <vt:lpstr>Title</vt:lpstr>
      </vt:variant>
      <vt:variant>
        <vt:i4>1</vt:i4>
      </vt:variant>
    </vt:vector>
  </HeadingPairs>
  <TitlesOfParts>
    <vt:vector size="2" baseType="lpstr">
      <vt:lpstr/>
      <vt:lpstr/>
    </vt:vector>
  </TitlesOfParts>
  <Manager/>
  <Company/>
  <LinksUpToDate>false</LinksUpToDate>
  <CharactersWithSpaces>270</CharactersWithSpaces>
  <SharedDoc>false</SharedDoc>
  <HyperlinkBase/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>裕紀 牟田</cp:lastModifiedBy>
  <cp:revision>3</cp:revision>
  <cp:lastPrinted>2026-09-14T04:32:00Z</cp:lastPrinted>
  <dcterms:created xsi:type="dcterms:W3CDTF">2026-10-11T04:29:00Z</dcterms:created>
  <dcterms:modified xsi:type="dcterms:W3CDTF">2026-10-11T04:35:00Z</dcterms:modified>
  <cp:category/>
</cp:coreProperties>
</file>